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before="840" w:after="280"/>
        <w:jc w:val="center"/>
      </w:pPr>
      <w:r>
        <w:rPr>
          <w:rFonts w:ascii="Noto Sans CJK KR" w:hAnsi="Noto Sans CJK KR" w:eastAsia="Noto Sans CJK KR"/>
          <w:b w:val="0"/>
          <w:sz w:val="44"/>
        </w:rPr>
        <w:t>YouTube 마케팅 실전 워크북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고객 질문 하나를 영상 한 편으로 완성하기</w:t>
      </w:r>
    </w:p>
    <w:p>
      <w:r>
        <w:rPr>
          <w:rFonts w:ascii="Noto Sans CJK KR" w:hAnsi="Noto Sans CJK KR" w:eastAsia="Noto Sans CJK KR"/>
          <w:b/>
          <w:sz w:val="20"/>
        </w:rPr>
        <w:t>교육생용 워크북 · 240분 과정</w:t>
      </w:r>
    </w:p>
    <w:p>
      <w:r>
        <w:rPr>
          <w:rFonts w:ascii="Noto Sans CJK KR" w:hAnsi="Noto Sans CJK KR" w:eastAsia="Noto Sans CJK KR"/>
          <w:b w:val="0"/>
          <w:sz w:val="20"/>
        </w:rPr>
        <w:t xml:space="preserve">이 워크북은 실습마다 다른 주제를 쓰지 않습니다. 처음 고른 </w:t>
      </w:r>
      <w:r>
        <w:rPr>
          <w:rFonts w:ascii="Noto Sans CJK KR" w:hAnsi="Noto Sans CJK KR" w:eastAsia="Noto Sans CJK KR"/>
          <w:b/>
          <w:sz w:val="20"/>
        </w:rPr>
        <w:t>고객 질문 하나</w:t>
      </w:r>
      <w:r>
        <w:rPr>
          <w:rFonts w:ascii="Noto Sans CJK KR" w:hAnsi="Noto Sans CJK KR" w:eastAsia="Noto Sans CJK KR"/>
          <w:b w:val="0"/>
          <w:sz w:val="20"/>
        </w:rPr>
        <w:t>를 끝까지 이어서 채널·검색·기획·10초 AI 영상·편집·제목·썸네일·설명·측정 계획으로 완성합니다.</w:t>
      </w:r>
    </w:p>
    <w:p>
      <w:pPr>
        <w:pStyle w:val="Heading3"/>
      </w:pPr>
      <w:r>
        <w:rPr>
          <w:rFonts w:ascii="Noto Sans CJK KR" w:hAnsi="Noto Sans CJK KR" w:eastAsia="Noto Sans CJK KR"/>
          <w:b w:val="0"/>
          <w:sz w:val="24"/>
        </w:rPr>
        <w:t>나의 오늘 목표</w:t>
      </w:r>
    </w:p>
    <w:p>
      <w:r>
        <w:rPr>
          <w:rFonts w:ascii="Noto Sans CJK KR" w:hAnsi="Noto Sans CJK KR" w:eastAsia="Noto Sans CJK KR"/>
          <w:b w:val="0"/>
          <w:sz w:val="20"/>
        </w:rPr>
        <w:t>이름: ____________________________________</w:t>
      </w:r>
    </w:p>
    <w:p>
      <w:r>
        <w:rPr>
          <w:rFonts w:ascii="Noto Sans CJK KR" w:hAnsi="Noto Sans CJK KR" w:eastAsia="Noto Sans CJK KR"/>
          <w:b w:val="0"/>
          <w:sz w:val="20"/>
        </w:rPr>
        <w:t>업종·활동: ____________________________________</w:t>
      </w:r>
    </w:p>
    <w:p>
      <w:r>
        <w:rPr>
          <w:rFonts w:ascii="Noto Sans CJK KR" w:hAnsi="Noto Sans CJK KR" w:eastAsia="Noto Sans CJK KR"/>
          <w:b w:val="0"/>
          <w:sz w:val="20"/>
        </w:rPr>
        <w:t>오늘 완성할 고객 질문: ________________________________________________</w:t>
      </w:r>
    </w:p>
    <w:p>
      <w:r>
        <w:rPr>
          <w:rFonts w:ascii="Noto Sans CJK KR" w:hAnsi="Noto Sans CJK KR" w:eastAsia="Noto Sans CJK KR"/>
          <w:b w:val="0"/>
          <w:sz w:val="20"/>
        </w:rPr>
        <w:t>공개 업로드 여부: □ 수업 중에는 저장만  □ 검수 후 직접 업로드</w:t>
      </w:r>
    </w:p>
    <w:p>
      <w:pPr>
        <w:pStyle w:val="Heading3"/>
      </w:pPr>
      <w:r>
        <w:rPr>
          <w:rFonts w:ascii="Noto Sans CJK KR" w:hAnsi="Noto Sans CJK KR" w:eastAsia="Noto Sans CJK KR"/>
          <w:b w:val="0"/>
          <w:sz w:val="24"/>
        </w:rPr>
        <w:t>수업이 끝났을 때 확인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채널 기본 점검 또는 설계 카드를 완성했다.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YouTube 검색 결과 5개를 관찰했다.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영상 기획 카드를 완성했다.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10초 AI 영상을 생성하고 검수했다.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30~60초 영상 또는 6컷 스토리보드를 완성했다.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제목 3개·썸네일 문구 2개를 만들었다.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설명란·자막·다음 행동을 점검했다.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7일 뒤 확인할 한 변수를 정했다.</w:t>
      </w:r>
    </w:p>
    <w:p>
      <w:r>
        <w:br w:type="page"/>
      </w:r>
    </w:p>
    <w:p>
      <w:pPr>
        <w:pStyle w:val="Heading1"/>
      </w:pPr>
      <w:r>
        <w:rPr>
          <w:rFonts w:ascii="Noto Sans CJK KR" w:hAnsi="Noto Sans CJK KR" w:eastAsia="Noto Sans CJK KR"/>
          <w:b w:val="0"/>
          <w:sz w:val="44"/>
        </w:rPr>
        <w:t>실습 1. 고객 질문 하나 고르기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1-1. 최근 고객의 말을 그대로 적기</w:t>
      </w:r>
    </w:p>
    <w:p>
      <w:r>
        <w:rPr>
          <w:rFonts w:ascii="Noto Sans CJK KR" w:hAnsi="Noto Sans CJK KR" w:eastAsia="Noto Sans CJK KR"/>
          <w:b w:val="0"/>
          <w:sz w:val="20"/>
        </w:rPr>
        <w:t>최근 상담·댓글·메시지·현장에서 들은 말을 기억해 적습니다.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7CBD6"/>
          <w:left w:val="single" w:sz="4" w:color="B7CBD6"/>
          <w:bottom w:val="single" w:sz="4" w:color="B7CBD6"/>
          <w:right w:val="single" w:sz="4" w:color="B7CBD6"/>
          <w:insideH w:val="single" w:sz="4" w:color="B7CBD6"/>
          <w:insideV w:val="single" w:sz="4" w:color="B7CBD6"/>
        </w:tblBorders>
      </w:tblPr>
      <w:tblGrid>
        <w:gridCol w:w="3364"/>
        <w:gridCol w:w="3364"/>
        <w:gridCol w:w="3364"/>
      </w:tblGrid>
      <w:tr>
        <w:trPr>
          <w:cantSplit/>
          <w:tblHeader w:val="true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언제·어디서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누가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실제로 한 말</w:t>
            </w:r>
          </w:p>
        </w:tc>
      </w:tr>
      <w:tr>
        <w:trPr>
          <w:cantSplit/>
          <w:trHeight w:val="567" w:hRule="atLeast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</w:tbl>
    <w:p>
      <w:pPr>
        <w:spacing w:after="20"/>
      </w:pP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1-2. 오늘 해결할 질문 선택</w:t>
      </w:r>
    </w:p>
    <w:p>
      <w:r>
        <w:rPr>
          <w:rFonts w:ascii="Noto Sans CJK KR" w:hAnsi="Noto Sans CJK KR" w:eastAsia="Noto Sans CJK KR"/>
          <w:b/>
          <w:sz w:val="20"/>
        </w:rPr>
        <w:t>고객:</w:t>
      </w:r>
      <w:r>
        <w:rPr>
          <w:rFonts w:ascii="Noto Sans CJK KR" w:hAnsi="Noto Sans CJK KR" w:eastAsia="Noto Sans CJK KR"/>
          <w:b w:val="0"/>
          <w:sz w:val="20"/>
        </w:rPr>
        <w:t xml:space="preserve"> ______________________________________________________________</w:t>
      </w:r>
    </w:p>
    <w:p>
      <w:r>
        <w:rPr>
          <w:rFonts w:ascii="Noto Sans CJK KR" w:hAnsi="Noto Sans CJK KR" w:eastAsia="Noto Sans CJK KR"/>
          <w:b/>
          <w:sz w:val="20"/>
        </w:rPr>
        <w:t>상황:</w:t>
      </w:r>
      <w:r>
        <w:rPr>
          <w:rFonts w:ascii="Noto Sans CJK KR" w:hAnsi="Noto Sans CJK KR" w:eastAsia="Noto Sans CJK KR"/>
          <w:b w:val="0"/>
          <w:sz w:val="20"/>
        </w:rPr>
        <w:t xml:space="preserve"> ______________________________________________________________</w:t>
      </w:r>
    </w:p>
    <w:p>
      <w:r>
        <w:rPr>
          <w:rFonts w:ascii="Noto Sans CJK KR" w:hAnsi="Noto Sans CJK KR" w:eastAsia="Noto Sans CJK KR"/>
          <w:b/>
          <w:sz w:val="20"/>
        </w:rPr>
        <w:t>실제 질문:</w:t>
      </w:r>
      <w:r>
        <w:rPr>
          <w:rFonts w:ascii="Noto Sans CJK KR" w:hAnsi="Noto Sans CJK KR" w:eastAsia="Noto Sans CJK KR"/>
          <w:b w:val="0"/>
          <w:sz w:val="20"/>
        </w:rPr>
        <w:t xml:space="preserve"> _________________________________________________________</w:t>
      </w:r>
    </w:p>
    <w:p>
      <w:r>
        <w:rPr>
          <w:rFonts w:ascii="Noto Sans CJK KR" w:hAnsi="Noto Sans CJK KR" w:eastAsia="Noto Sans CJK KR"/>
          <w:b/>
          <w:sz w:val="20"/>
        </w:rPr>
        <w:t>이 질문을 고른 이유:</w:t>
      </w:r>
      <w:r>
        <w:rPr>
          <w:rFonts w:ascii="Noto Sans CJK KR" w:hAnsi="Noto Sans CJK KR" w:eastAsia="Noto Sans CJK KR"/>
          <w:b w:val="0"/>
          <w:sz w:val="20"/>
        </w:rPr>
        <w:t xml:space="preserve"> ________________________________________________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1-3. 한 영상의 범위</w:t>
      </w:r>
    </w:p>
    <w:p>
      <w:r>
        <w:rPr>
          <w:rFonts w:ascii="Noto Sans CJK KR" w:hAnsi="Noto Sans CJK KR" w:eastAsia="Noto Sans CJK KR"/>
          <w:b w:val="0"/>
          <w:sz w:val="20"/>
        </w:rPr>
        <w:t xml:space="preserve">이 영상에서 </w:t>
      </w:r>
      <w:r>
        <w:rPr>
          <w:rFonts w:ascii="Noto Sans CJK KR" w:hAnsi="Noto Sans CJK KR" w:eastAsia="Noto Sans CJK KR"/>
          <w:b/>
          <w:sz w:val="20"/>
        </w:rPr>
        <w:t>답할 것:</w:t>
      </w:r>
    </w:p>
    <w:p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_______________________________________________________________________</w:t>
      </w:r>
    </w:p>
    <w:p>
      <w:r>
        <w:rPr>
          <w:rFonts w:ascii="Noto Sans CJK KR" w:hAnsi="Noto Sans CJK KR" w:eastAsia="Noto Sans CJK KR"/>
          <w:b w:val="0"/>
          <w:sz w:val="20"/>
        </w:rPr>
        <w:t xml:space="preserve">이 영상에서 </w:t>
      </w:r>
      <w:r>
        <w:rPr>
          <w:rFonts w:ascii="Noto Sans CJK KR" w:hAnsi="Noto Sans CJK KR" w:eastAsia="Noto Sans CJK KR"/>
          <w:b/>
          <w:sz w:val="20"/>
        </w:rPr>
        <w:t>답하지 않을 것:</w:t>
      </w:r>
    </w:p>
    <w:p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_______________________________________________________________________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1-4. 고객 여정</w:t>
      </w:r>
    </w:p>
    <w:p>
      <w:r>
        <w:rPr>
          <w:rFonts w:ascii="Noto Sans CJK KR" w:hAnsi="Noto Sans CJK KR" w:eastAsia="Noto Sans CJK KR"/>
          <w:b w:val="0"/>
          <w:sz w:val="20"/>
        </w:rPr>
        <w:t>□ 인지  □ 탐색  □ 구매  □ 사용  □ 옹호</w:t>
      </w:r>
    </w:p>
    <w:p>
      <w:r>
        <w:rPr>
          <w:rFonts w:ascii="Noto Sans CJK KR" w:hAnsi="Noto Sans CJK KR" w:eastAsia="Noto Sans CJK KR"/>
          <w:b w:val="0"/>
          <w:sz w:val="20"/>
        </w:rPr>
        <w:t>이 단계라고 판단한 이유:</w:t>
      </w:r>
    </w:p>
    <w:p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rFonts w:ascii="Noto Sans CJK KR" w:hAnsi="Noto Sans CJK KR" w:eastAsia="Noto Sans CJK KR"/>
          <w:b w:val="0"/>
          <w:sz w:val="44"/>
        </w:rPr>
        <w:t>실습 2. 검색과 추천 구분하기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2-1. 검색</w:t>
      </w:r>
    </w:p>
    <w:p>
      <w:r>
        <w:rPr>
          <w:rFonts w:ascii="Noto Sans CJK KR" w:hAnsi="Noto Sans CJK KR" w:eastAsia="Noto Sans CJK KR"/>
          <w:b w:val="0"/>
          <w:sz w:val="20"/>
        </w:rPr>
        <w:t>검색은 사용자가 검색어를 직접 입력하는 상황입니다.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관련성: _____________________________________________________________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참여: _______________________________________________________________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품질: _______________________________________________________________</w:t>
      </w:r>
    </w:p>
    <w:p>
      <w:r>
        <w:rPr>
          <w:rFonts w:ascii="Noto Sans CJK KR" w:hAnsi="Noto Sans CJK KR" w:eastAsia="Noto Sans CJK KR"/>
          <w:b w:val="0"/>
          <w:sz w:val="20"/>
        </w:rPr>
        <w:t>내 말로 쓴 검색의 핵심:</w:t>
      </w:r>
    </w:p>
    <w:p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_______________________________________________________________________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2-2. 추천</w:t>
      </w:r>
    </w:p>
    <w:p>
      <w:r>
        <w:rPr>
          <w:rFonts w:ascii="Noto Sans CJK KR" w:hAnsi="Noto Sans CJK KR" w:eastAsia="Noto Sans CJK KR"/>
          <w:b w:val="0"/>
          <w:sz w:val="20"/>
        </w:rPr>
        <w:t>추천은 사람마다 시청·검색 이력과 반응이 달라 개인화되는 화면입니다.</w:t>
      </w:r>
    </w:p>
    <w:p>
      <w:r>
        <w:rPr>
          <w:rFonts w:ascii="Noto Sans CJK KR" w:hAnsi="Noto Sans CJK KR" w:eastAsia="Noto Sans CJK KR"/>
          <w:b w:val="0"/>
          <w:sz w:val="20"/>
        </w:rPr>
        <w:t>내 말로 쓴 추천의 핵심:</w:t>
      </w:r>
    </w:p>
    <w:p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_______________________________________________________________________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2-3. 제목 두 개 비교</w:t>
      </w:r>
    </w:p>
    <w:p>
      <w:r>
        <w:rPr>
          <w:rFonts w:ascii="Noto Sans CJK KR" w:hAnsi="Noto Sans CJK KR" w:eastAsia="Noto Sans CJK KR"/>
          <w:b w:val="0"/>
          <w:sz w:val="20"/>
        </w:rPr>
        <w:t>제목 A: ______________________________________________________________</w:t>
      </w:r>
    </w:p>
    <w:p>
      <w:r>
        <w:rPr>
          <w:rFonts w:ascii="Noto Sans CJK KR" w:hAnsi="Noto Sans CJK KR" w:eastAsia="Noto Sans CJK KR"/>
          <w:b w:val="0"/>
          <w:sz w:val="20"/>
        </w:rPr>
        <w:t>제목 B: ______________________________________________________________</w:t>
      </w:r>
    </w:p>
    <w:p>
      <w:r>
        <w:rPr>
          <w:rFonts w:ascii="Noto Sans CJK KR" w:hAnsi="Noto Sans CJK KR" w:eastAsia="Noto Sans CJK KR"/>
          <w:b w:val="0"/>
          <w:sz w:val="20"/>
        </w:rPr>
        <w:t>고객 질문이 더 분명한 제목: □ A  □ B</w:t>
      </w:r>
    </w:p>
    <w:p>
      <w:r>
        <w:rPr>
          <w:rFonts w:ascii="Noto Sans CJK KR" w:hAnsi="Noto Sans CJK KR" w:eastAsia="Noto Sans CJK KR"/>
          <w:b w:val="0"/>
          <w:sz w:val="20"/>
        </w:rPr>
        <w:t>이유: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관련성: _____________________________________________________________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참여 기대: __________________________________________________________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품질 근거: __________________________________________________________</w:t>
      </w:r>
    </w:p>
    <w:p>
      <w:r>
        <w:rPr>
          <w:rFonts w:ascii="Noto Sans CJK KR" w:hAnsi="Noto Sans CJK KR" w:eastAsia="Noto Sans CJK KR"/>
          <w:b w:val="0"/>
          <w:sz w:val="20"/>
        </w:rPr>
        <w:t>태그보다 먼저 확인할 것 세 가지: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rFonts w:ascii="Noto Sans CJK KR" w:hAnsi="Noto Sans CJK KR" w:eastAsia="Noto Sans CJK KR"/>
          <w:b w:val="0"/>
          <w:sz w:val="44"/>
        </w:rPr>
        <w:t>실습 3. 채널 기본 점검 또는 설계</w:t>
      </w:r>
    </w:p>
    <w:p>
      <w:r>
        <w:rPr>
          <w:rFonts w:ascii="Noto Sans CJK KR" w:hAnsi="Noto Sans CJK KR" w:eastAsia="Noto Sans CJK KR"/>
          <w:b w:val="0"/>
          <w:sz w:val="20"/>
        </w:rPr>
        <w:t>실제 채널이 있으면 ‘현재’를 확인하고, 채널이 없으면 ‘계획’을 적습니다.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7CBD6"/>
          <w:left w:val="single" w:sz="4" w:color="B7CBD6"/>
          <w:bottom w:val="single" w:sz="4" w:color="B7CBD6"/>
          <w:right w:val="single" w:sz="4" w:color="B7CBD6"/>
          <w:insideH w:val="single" w:sz="4" w:color="B7CBD6"/>
          <w:insideV w:val="single" w:sz="4" w:color="B7CBD6"/>
        </w:tblBorders>
      </w:tblPr>
      <w:tblGrid>
        <w:gridCol w:w="3364"/>
        <w:gridCol w:w="3364"/>
        <w:gridCol w:w="3364"/>
      </w:tblGrid>
      <w:tr>
        <w:trPr>
          <w:cantSplit/>
          <w:tblHeader w:val="true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항목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현재 또는 계획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고칠 것</w:t>
            </w:r>
          </w:p>
        </w:tc>
      </w:tr>
      <w:tr>
        <w:trPr>
          <w:cantSplit/>
          <w:trHeight w:val="567" w:hRule="atLeast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프로필 이미지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배너 이미지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채널 이름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핸들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한 줄 설명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외부 링크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연락처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워터마크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홈 탭 첫 화면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</w:tbl>
    <w:p>
      <w:pPr>
        <w:spacing w:after="20"/>
      </w:pP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배너 핵심 문구</w:t>
      </w:r>
    </w:p>
    <w:p>
      <w:r>
        <w:rPr>
          <w:rFonts w:ascii="Noto Sans CJK KR" w:hAnsi="Noto Sans CJK KR" w:eastAsia="Noto Sans CJK KR"/>
          <w:b/>
          <w:sz w:val="20"/>
        </w:rPr>
        <w:t>누구에게:</w:t>
      </w:r>
      <w:r>
        <w:rPr>
          <w:rFonts w:ascii="Noto Sans CJK KR" w:hAnsi="Noto Sans CJK KR" w:eastAsia="Noto Sans CJK KR"/>
          <w:b w:val="0"/>
          <w:sz w:val="20"/>
        </w:rPr>
        <w:t xml:space="preserve"> __________________________________________________________</w:t>
      </w:r>
    </w:p>
    <w:p>
      <w:r>
        <w:rPr>
          <w:rFonts w:ascii="Noto Sans CJK KR" w:hAnsi="Noto Sans CJK KR" w:eastAsia="Noto Sans CJK KR"/>
          <w:b/>
          <w:sz w:val="20"/>
        </w:rPr>
        <w:t>어떤 도움:</w:t>
      </w:r>
      <w:r>
        <w:rPr>
          <w:rFonts w:ascii="Noto Sans CJK KR" w:hAnsi="Noto Sans CJK KR" w:eastAsia="Noto Sans CJK KR"/>
          <w:b w:val="0"/>
          <w:sz w:val="20"/>
        </w:rPr>
        <w:t xml:space="preserve"> _________________________________________________________</w:t>
      </w:r>
    </w:p>
    <w:p>
      <w:r>
        <w:rPr>
          <w:rFonts w:ascii="Noto Sans CJK KR" w:hAnsi="Noto Sans CJK KR" w:eastAsia="Noto Sans CJK KR"/>
          <w:b/>
          <w:sz w:val="20"/>
        </w:rPr>
        <w:t>반복 주제:</w:t>
      </w:r>
      <w:r>
        <w:rPr>
          <w:rFonts w:ascii="Noto Sans CJK KR" w:hAnsi="Noto Sans CJK KR" w:eastAsia="Noto Sans CJK KR"/>
          <w:b w:val="0"/>
          <w:sz w:val="20"/>
        </w:rPr>
        <w:t xml:space="preserve"> _________________________________________________________</w:t>
      </w:r>
    </w:p>
    <w:p>
      <w:r>
        <w:rPr>
          <w:rFonts w:ascii="Noto Sans CJK KR" w:hAnsi="Noto Sans CJK KR" w:eastAsia="Noto Sans CJK KR"/>
          <w:b w:val="0"/>
          <w:sz w:val="20"/>
        </w:rPr>
        <w:t>최종 배너 문구:</w:t>
      </w:r>
    </w:p>
    <w:p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_______________________________________________________________________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재생목록 세 개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3편 시리즈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1편 준비: ___________________________________________________________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2편 과정·작업: ______________________________________________________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3편 결과·고객에게 생기는 좋은 점: ___________________________________</w:t>
      </w:r>
    </w:p>
    <w:p>
      <w:r>
        <w:br w:type="page"/>
      </w:r>
    </w:p>
    <w:p>
      <w:pPr>
        <w:pStyle w:val="Heading1"/>
      </w:pPr>
      <w:r>
        <w:rPr>
          <w:rFonts w:ascii="Noto Sans CJK KR" w:hAnsi="Noto Sans CJK KR" w:eastAsia="Noto Sans CJK KR"/>
          <w:b w:val="0"/>
          <w:sz w:val="44"/>
        </w:rPr>
        <w:t>실습 4. YouTube 검색 워크북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4-1. 검색어 세 가지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7CBD6"/>
          <w:left w:val="single" w:sz="4" w:color="B7CBD6"/>
          <w:bottom w:val="single" w:sz="4" w:color="B7CBD6"/>
          <w:right w:val="single" w:sz="4" w:color="B7CBD6"/>
          <w:insideH w:val="single" w:sz="4" w:color="B7CBD6"/>
          <w:insideV w:val="single" w:sz="4" w:color="B7CBD6"/>
        </w:tblBorders>
      </w:tblPr>
      <w:tblGrid>
        <w:gridCol w:w="5046"/>
        <w:gridCol w:w="5046"/>
      </w:tblGrid>
      <w:tr>
        <w:trPr>
          <w:cantSplit/>
          <w:tblHeader w:val="true"/>
        </w:trPr>
        <w:tc>
          <w:tcPr>
            <w:tcW w:type="dxa" w:w="333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유형</w:t>
            </w:r>
          </w:p>
        </w:tc>
        <w:tc>
          <w:tcPr>
            <w:tcW w:type="dxa" w:w="67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검색어</w:t>
            </w:r>
          </w:p>
        </w:tc>
      </w:tr>
      <w:tr>
        <w:trPr>
          <w:cantSplit/>
          <w:trHeight w:val="567" w:hRule="atLeast"/>
        </w:trPr>
        <w:tc>
          <w:tcPr>
            <w:tcW w:type="dxa" w:w="333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질문형</w:t>
            </w:r>
          </w:p>
        </w:tc>
        <w:tc>
          <w:tcPr>
            <w:tcW w:type="dxa" w:w="67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333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비교형</w:t>
            </w:r>
          </w:p>
        </w:tc>
        <w:tc>
          <w:tcPr>
            <w:tcW w:type="dxa" w:w="67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333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방법형</w:t>
            </w:r>
          </w:p>
        </w:tc>
        <w:tc>
          <w:tcPr>
            <w:tcW w:type="dxa" w:w="67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</w:tbl>
    <w:p>
      <w:pPr>
        <w:spacing w:after="20"/>
      </w:pPr>
    </w:p>
    <w:p>
      <w:r>
        <w:rPr>
          <w:rFonts w:ascii="Noto Sans CJK KR" w:hAnsi="Noto Sans CJK KR" w:eastAsia="Noto Sans CJK KR"/>
          <w:b w:val="0"/>
          <w:sz w:val="20"/>
        </w:rPr>
        <w:t>오늘 사용할 대표 검색어: ______________________________________________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4-2. 검색 결과 1~3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7CBD6"/>
          <w:left w:val="single" w:sz="4" w:color="B7CBD6"/>
          <w:bottom w:val="single" w:sz="4" w:color="B7CBD6"/>
          <w:right w:val="single" w:sz="4" w:color="B7CBD6"/>
          <w:insideH w:val="single" w:sz="4" w:color="B7CBD6"/>
          <w:insideV w:val="single" w:sz="4" w:color="B7CBD6"/>
        </w:tblBorders>
      </w:tblPr>
      <w:tblGrid>
        <w:gridCol w:w="2523"/>
        <w:gridCol w:w="2523"/>
        <w:gridCol w:w="2523"/>
        <w:gridCol w:w="2523"/>
      </w:tblGrid>
      <w:tr>
        <w:trPr>
          <w:cantSplit/>
          <w:tblHeader w:val="true"/>
        </w:trPr>
        <w:tc>
          <w:tcPr>
            <w:tcW w:type="dxa" w:w="22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항목</w:t>
            </w:r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영상 1</w:t>
            </w:r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영상 2</w:t>
            </w:r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영상 3</w:t>
            </w:r>
          </w:p>
        </w:tc>
      </w:tr>
      <w:tr>
        <w:trPr>
          <w:cantSplit/>
          <w:trHeight w:val="567" w:hRule="atLeast"/>
        </w:trPr>
        <w:tc>
          <w:tcPr>
            <w:tcW w:type="dxa" w:w="22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제목</w:t>
            </w:r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22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URL·채널</w:t>
            </w:r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22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제목이 약속한 답</w:t>
            </w:r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22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영상 형식</w:t>
            </w:r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22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실제 경험·현장·자료</w:t>
            </w:r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22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반복 표현</w:t>
            </w:r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22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빠진 답</w:t>
            </w:r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22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다음 행동</w:t>
            </w:r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62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rPr>
          <w:rFonts w:ascii="Noto Sans CJK KR" w:hAnsi="Noto Sans CJK KR" w:eastAsia="Noto Sans CJK KR"/>
          <w:b w:val="0"/>
          <w:sz w:val="44"/>
        </w:rPr>
        <w:t>실습 4. YouTube 검색 워크북 — 계속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4-3. 검색 결과 4~5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7CBD6"/>
          <w:left w:val="single" w:sz="4" w:color="B7CBD6"/>
          <w:bottom w:val="single" w:sz="4" w:color="B7CBD6"/>
          <w:right w:val="single" w:sz="4" w:color="B7CBD6"/>
          <w:insideH w:val="single" w:sz="4" w:color="B7CBD6"/>
          <w:insideV w:val="single" w:sz="4" w:color="B7CBD6"/>
        </w:tblBorders>
      </w:tblPr>
      <w:tblGrid>
        <w:gridCol w:w="3364"/>
        <w:gridCol w:w="3364"/>
        <w:gridCol w:w="3364"/>
      </w:tblGrid>
      <w:tr>
        <w:trPr>
          <w:cantSplit/>
          <w:tblHeader w:val="true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항목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영상 4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영상 5</w:t>
            </w:r>
          </w:p>
        </w:tc>
      </w:tr>
      <w:tr>
        <w:trPr>
          <w:cantSplit/>
          <w:trHeight w:val="567" w:hRule="atLeast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제목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URL·채널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제목이 약속한 답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영상 형식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실제 경험·현장·자료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반복 표현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빠진 답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다음 행동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</w:tbl>
    <w:p>
      <w:pPr>
        <w:spacing w:after="20"/>
      </w:pP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4-4. 댓글 또는 빠진 답</w:t>
      </w:r>
    </w:p>
    <w:p>
      <w:r>
        <w:rPr>
          <w:rFonts w:ascii="Noto Sans CJK KR" w:hAnsi="Noto Sans CJK KR" w:eastAsia="Noto Sans CJK KR"/>
          <w:b w:val="0"/>
          <w:sz w:val="20"/>
        </w:rPr>
        <w:t>댓글에서 찾은 추가 질문:</w:t>
      </w:r>
    </w:p>
    <w:p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_______________________________________________________________________</w:t>
      </w:r>
    </w:p>
    <w:p>
      <w:r>
        <w:rPr>
          <w:rFonts w:ascii="Noto Sans CJK KR" w:hAnsi="Noto Sans CJK KR" w:eastAsia="Noto Sans CJK KR"/>
          <w:b w:val="0"/>
          <w:sz w:val="20"/>
        </w:rPr>
        <w:t>댓글이 없다면 영상이 답하지 못한 부분:</w:t>
      </w:r>
    </w:p>
    <w:p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_______________________________________________________________________</w:t>
      </w:r>
    </w:p>
    <w:p>
      <w:r>
        <w:rPr>
          <w:rFonts w:ascii="Noto Sans CJK KR" w:hAnsi="Noto Sans CJK KR" w:eastAsia="Noto Sans CJK KR"/>
          <w:b w:val="0"/>
          <w:sz w:val="20"/>
        </w:rPr>
        <w:t>상위 영상에서 반복된 것:</w:t>
      </w:r>
    </w:p>
    <w:p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_______________________________________________________________________</w:t>
      </w:r>
    </w:p>
    <w:p>
      <w:r>
        <w:rPr>
          <w:rFonts w:ascii="Noto Sans CJK KR" w:hAnsi="Noto Sans CJK KR" w:eastAsia="Noto Sans CJK KR"/>
          <w:b w:val="0"/>
          <w:sz w:val="20"/>
        </w:rPr>
        <w:t>내가 답할 빈칸:</w:t>
      </w:r>
    </w:p>
    <w:p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_______________________________________________________________________</w:t>
      </w:r>
    </w:p>
    <w:p>
      <w:pPr>
        <w:spacing w:before="100" w:after="140"/>
        <w:ind w:left="454" w:right="283"/>
        <w:shd w:fill="EAF4F8"/>
      </w:pPr>
      <w:r>
        <w:rPr>
          <w:rFonts w:ascii="Noto Sans CJK KR" w:hAnsi="Noto Sans CJK KR" w:eastAsia="Noto Sans CJK KR"/>
          <w:b w:val="0"/>
          <w:sz w:val="22"/>
        </w:rPr>
        <w:t>검색 상위 영상은 정답이나 성공 공식이 아닙니다. 현재 검색 화면에서 관찰한 자료입니다.</w:t>
      </w:r>
    </w:p>
    <w:p>
      <w:r>
        <w:br w:type="page"/>
      </w:r>
    </w:p>
    <w:p>
      <w:pPr>
        <w:pStyle w:val="Heading1"/>
      </w:pPr>
      <w:r>
        <w:rPr>
          <w:rFonts w:ascii="Noto Sans CJK KR" w:hAnsi="Noto Sans CJK KR" w:eastAsia="Noto Sans CJK KR"/>
          <w:b w:val="0"/>
          <w:sz w:val="44"/>
        </w:rPr>
        <w:t>실습 5. 영상 기획 카드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고객·상황·질문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7CBD6"/>
          <w:left w:val="single" w:sz="4" w:color="B7CBD6"/>
          <w:bottom w:val="single" w:sz="4" w:color="B7CBD6"/>
          <w:right w:val="single" w:sz="4" w:color="B7CBD6"/>
          <w:insideH w:val="single" w:sz="4" w:color="B7CBD6"/>
          <w:insideV w:val="single" w:sz="4" w:color="B7CBD6"/>
        </w:tblBorders>
      </w:tblPr>
      <w:tblGrid>
        <w:gridCol w:w="5046"/>
        <w:gridCol w:w="5046"/>
      </w:tblGrid>
      <w:tr>
        <w:trPr>
          <w:cantSplit/>
          <w:tblHeader w:val="true"/>
        </w:trPr>
        <w:tc>
          <w:tcPr>
            <w:tcW w:type="dxa" w:w="333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항목</w:t>
            </w:r>
          </w:p>
        </w:tc>
        <w:tc>
          <w:tcPr>
            <w:tcW w:type="dxa" w:w="67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나의 답</w:t>
            </w:r>
          </w:p>
        </w:tc>
      </w:tr>
      <w:tr>
        <w:trPr>
          <w:cantSplit/>
          <w:trHeight w:val="567" w:hRule="atLeast"/>
        </w:trPr>
        <w:tc>
          <w:tcPr>
            <w:tcW w:type="dxa" w:w="333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고객</w:t>
            </w:r>
          </w:p>
        </w:tc>
        <w:tc>
          <w:tcPr>
            <w:tcW w:type="dxa" w:w="67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333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상황</w:t>
            </w:r>
          </w:p>
        </w:tc>
        <w:tc>
          <w:tcPr>
            <w:tcW w:type="dxa" w:w="67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333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질문</w:t>
            </w:r>
          </w:p>
        </w:tc>
        <w:tc>
          <w:tcPr>
            <w:tcW w:type="dxa" w:w="67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333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고객 여정</w:t>
            </w:r>
          </w:p>
        </w:tc>
        <w:tc>
          <w:tcPr>
            <w:tcW w:type="dxa" w:w="67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333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이 영상에서 답할 것</w:t>
            </w:r>
          </w:p>
        </w:tc>
        <w:tc>
          <w:tcPr>
            <w:tcW w:type="dxa" w:w="67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333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이 영상에서 답하지 않을 것</w:t>
            </w:r>
          </w:p>
        </w:tc>
        <w:tc>
          <w:tcPr>
            <w:tcW w:type="dxa" w:w="67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</w:tbl>
    <w:p>
      <w:pPr>
        <w:spacing w:after="20"/>
      </w:pP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CHORP 근거 선택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7CBD6"/>
          <w:left w:val="single" w:sz="4" w:color="B7CBD6"/>
          <w:bottom w:val="single" w:sz="4" w:color="B7CBD6"/>
          <w:right w:val="single" w:sz="4" w:color="B7CBD6"/>
          <w:insideH w:val="single" w:sz="4" w:color="B7CBD6"/>
          <w:insideV w:val="single" w:sz="4" w:color="B7CBD6"/>
        </w:tblBorders>
      </w:tblPr>
      <w:tblGrid>
        <w:gridCol w:w="3364"/>
        <w:gridCol w:w="3364"/>
        <w:gridCol w:w="3364"/>
      </w:tblGrid>
      <w:tr>
        <w:trPr>
          <w:cantSplit/>
          <w:tblHeader w:val="true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CHORP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사용할 내용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공개 가능 여부</w:t>
            </w:r>
          </w:p>
        </w:tc>
      </w:tr>
      <w:tr>
        <w:trPr>
          <w:cantSplit/>
          <w:trHeight w:val="567" w:hRule="atLeast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C·Code 핵심 용어와 뜻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□ 가능 □ 확인</w:t>
            </w:r>
          </w:p>
        </w:tc>
      </w:tr>
      <w:tr>
        <w:trPr>
          <w:cantSplit/>
          <w:trHeight w:val="567" w:hRule="atLeast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H·History 경험과 변화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□ 가능 □ 확인</w:t>
            </w:r>
          </w:p>
        </w:tc>
      </w:tr>
      <w:tr>
        <w:trPr>
          <w:cantSplit/>
          <w:trHeight w:val="567" w:hRule="atLeast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O·Object 제품·공간·도구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□ 가능 □ 확인</w:t>
            </w:r>
          </w:p>
        </w:tc>
      </w:tr>
      <w:tr>
        <w:trPr>
          <w:cantSplit/>
          <w:trHeight w:val="567" w:hRule="atLeast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R·Relation 후기·자격·기관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□ 가능 □ 확인</w:t>
            </w:r>
          </w:p>
        </w:tc>
      </w:tr>
      <w:tr>
        <w:trPr>
          <w:cantSplit/>
          <w:trHeight w:val="567" w:hRule="atLeast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P·Process 선택·사용·관리 절차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□ 가능 □ 확인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사실 상태</w:t>
      </w:r>
    </w:p>
    <w:p>
      <w:r>
        <w:rPr>
          <w:rFonts w:ascii="Noto Sans CJK KR" w:hAnsi="Noto Sans CJK KR" w:eastAsia="Noto Sans CJK KR"/>
          <w:b/>
          <w:sz w:val="20"/>
        </w:rPr>
        <w:t>확인된 사실:</w:t>
      </w:r>
    </w:p>
    <w:p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_______________________________________________________________________</w:t>
      </w:r>
    </w:p>
    <w:p>
      <w:r>
        <w:rPr>
          <w:rFonts w:ascii="Noto Sans CJK KR" w:hAnsi="Noto Sans CJK KR" w:eastAsia="Noto Sans CJK KR"/>
          <w:b/>
          <w:sz w:val="20"/>
        </w:rPr>
        <w:t>확인 필요:</w:t>
      </w:r>
    </w:p>
    <w:p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_______________________________________________________________________</w:t>
      </w:r>
    </w:p>
    <w:p>
      <w:r>
        <w:rPr>
          <w:rFonts w:ascii="Noto Sans CJK KR" w:hAnsi="Noto Sans CJK KR" w:eastAsia="Noto Sans CJK KR"/>
          <w:b/>
          <w:sz w:val="20"/>
        </w:rPr>
        <w:t>비공개 또는 동의 필요:</w:t>
      </w:r>
    </w:p>
    <w:p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_______________________________________________________________________</w:t>
      </w:r>
    </w:p>
    <w:p>
      <w:r>
        <w:rPr>
          <w:rFonts w:ascii="Noto Sans CJK KR" w:hAnsi="Noto Sans CJK KR" w:eastAsia="Noto Sans CJK KR"/>
          <w:b/>
          <w:sz w:val="20"/>
        </w:rPr>
        <w:t>원하는 다음 행동 한 가지:</w:t>
      </w:r>
    </w:p>
    <w:p>
      <w:r>
        <w:rPr>
          <w:rFonts w:ascii="Noto Sans CJK KR" w:hAnsi="Noto Sans CJK KR" w:eastAsia="Noto Sans CJK KR"/>
          <w:b w:val="0"/>
          <w:sz w:val="20"/>
        </w:rPr>
        <w:t>□ 다음 영상  □ 댓글  □ 설명 링크  □ 문의  □ 예약  □ 구매</w:t>
      </w:r>
    </w:p>
    <w:p>
      <w:r>
        <w:rPr>
          <w:rFonts w:ascii="Noto Sans CJK KR" w:hAnsi="Noto Sans CJK KR" w:eastAsia="Noto Sans CJK KR"/>
          <w:b w:val="0"/>
          <w:sz w:val="20"/>
        </w:rPr>
        <w:t>구체적인 문구: 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rFonts w:ascii="Noto Sans CJK KR" w:hAnsi="Noto Sans CJK KR" w:eastAsia="Noto Sans CJK KR"/>
          <w:b w:val="0"/>
          <w:sz w:val="44"/>
        </w:rPr>
        <w:t>실습 6. 근거 장면 설계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6-1. 보여줄 근거 세 가지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7CBD6"/>
          <w:left w:val="single" w:sz="4" w:color="B7CBD6"/>
          <w:bottom w:val="single" w:sz="4" w:color="B7CBD6"/>
          <w:right w:val="single" w:sz="4" w:color="B7CBD6"/>
          <w:insideH w:val="single" w:sz="4" w:color="B7CBD6"/>
          <w:insideV w:val="single" w:sz="4" w:color="B7CBD6"/>
        </w:tblBorders>
      </w:tblPr>
      <w:tblGrid>
        <w:gridCol w:w="2018"/>
        <w:gridCol w:w="2018"/>
        <w:gridCol w:w="2018"/>
        <w:gridCol w:w="2018"/>
        <w:gridCol w:w="2018"/>
      </w:tblGrid>
      <w:tr>
        <w:trPr>
          <w:cantSplit/>
          <w:tblHeader w:val="true"/>
        </w:trPr>
        <w:tc>
          <w:tcPr>
            <w:tcW w:type="dxa" w:w="141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번호</w:t>
            </w:r>
          </w:p>
        </w:tc>
        <w:tc>
          <w:tcPr>
            <w:tcW w:type="dxa" w:w="217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장면·자료</w:t>
            </w:r>
          </w:p>
        </w:tc>
        <w:tc>
          <w:tcPr>
            <w:tcW w:type="dxa" w:w="217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근거 상태</w:t>
            </w:r>
          </w:p>
        </w:tc>
        <w:tc>
          <w:tcPr>
            <w:tcW w:type="dxa" w:w="217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공개 가능</w:t>
            </w:r>
          </w:p>
        </w:tc>
        <w:tc>
          <w:tcPr>
            <w:tcW w:type="dxa" w:w="217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촬영 필요</w:t>
            </w:r>
          </w:p>
        </w:tc>
      </w:tr>
      <w:tr>
        <w:trPr>
          <w:cantSplit/>
          <w:trHeight w:val="567" w:hRule="atLeast"/>
        </w:trPr>
        <w:tc>
          <w:tcPr>
            <w:tcW w:type="dxa" w:w="141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1</w:t>
            </w:r>
          </w:p>
        </w:tc>
        <w:tc>
          <w:tcPr>
            <w:tcW w:type="dxa" w:w="217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17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□ 공식 □ 직접측정 □ 직접경험 □ 후기 □ 확인필요</w:t>
            </w:r>
          </w:p>
        </w:tc>
        <w:tc>
          <w:tcPr>
            <w:tcW w:type="dxa" w:w="217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□ 예 □ 아니오</w:t>
            </w:r>
          </w:p>
        </w:tc>
        <w:tc>
          <w:tcPr>
            <w:tcW w:type="dxa" w:w="217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□</w:t>
            </w:r>
          </w:p>
        </w:tc>
      </w:tr>
      <w:tr>
        <w:trPr>
          <w:cantSplit/>
          <w:trHeight w:val="567" w:hRule="atLeast"/>
        </w:trPr>
        <w:tc>
          <w:tcPr>
            <w:tcW w:type="dxa" w:w="141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2</w:t>
            </w:r>
          </w:p>
        </w:tc>
        <w:tc>
          <w:tcPr>
            <w:tcW w:type="dxa" w:w="217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17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□ 공식 □ 직접측정 □ 직접경험 □ 후기 □ 확인필요</w:t>
            </w:r>
          </w:p>
        </w:tc>
        <w:tc>
          <w:tcPr>
            <w:tcW w:type="dxa" w:w="217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□ 예 □ 아니오</w:t>
            </w:r>
          </w:p>
        </w:tc>
        <w:tc>
          <w:tcPr>
            <w:tcW w:type="dxa" w:w="217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□</w:t>
            </w:r>
          </w:p>
        </w:tc>
      </w:tr>
      <w:tr>
        <w:trPr>
          <w:cantSplit/>
          <w:trHeight w:val="567" w:hRule="atLeast"/>
        </w:trPr>
        <w:tc>
          <w:tcPr>
            <w:tcW w:type="dxa" w:w="141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3</w:t>
            </w:r>
          </w:p>
        </w:tc>
        <w:tc>
          <w:tcPr>
            <w:tcW w:type="dxa" w:w="217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217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□ 공식 □ 직접측정 □ 직접경험 □ 후기 □ 확인필요</w:t>
            </w:r>
          </w:p>
        </w:tc>
        <w:tc>
          <w:tcPr>
            <w:tcW w:type="dxa" w:w="217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□ 예 □ 아니오</w:t>
            </w:r>
          </w:p>
        </w:tc>
        <w:tc>
          <w:tcPr>
            <w:tcW w:type="dxa" w:w="217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□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6-2. 큰 주장 줄이기</w:t>
      </w:r>
    </w:p>
    <w:p>
      <w:r>
        <w:rPr>
          <w:rFonts w:ascii="Noto Sans CJK KR" w:hAnsi="Noto Sans CJK KR" w:eastAsia="Noto Sans CJK KR"/>
          <w:b w:val="0"/>
          <w:sz w:val="20"/>
        </w:rPr>
        <w:t>처음 쓰고 싶었던 주장:</w:t>
      </w:r>
    </w:p>
    <w:p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_______________________________________________________________________</w:t>
      </w:r>
    </w:p>
    <w:p>
      <w:r>
        <w:rPr>
          <w:rFonts w:ascii="Noto Sans CJK KR" w:hAnsi="Noto Sans CJK KR" w:eastAsia="Noto Sans CJK KR"/>
          <w:b w:val="0"/>
          <w:sz w:val="20"/>
        </w:rPr>
        <w:t>이 주장을 뒷받침하는 근거:</w:t>
      </w:r>
    </w:p>
    <w:p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_______________________________________________________________________</w:t>
      </w:r>
    </w:p>
    <w:p>
      <w:r>
        <w:rPr>
          <w:rFonts w:ascii="Noto Sans CJK KR" w:hAnsi="Noto Sans CJK KR" w:eastAsia="Noto Sans CJK KR"/>
          <w:b w:val="0"/>
          <w:sz w:val="20"/>
        </w:rPr>
        <w:t>근거가 부족하다면 줄인 문장:</w:t>
      </w:r>
    </w:p>
    <w:p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_______________________________________________________________________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6-3. 주의와 한계</w:t>
      </w:r>
    </w:p>
    <w:p>
      <w:r>
        <w:rPr>
          <w:rFonts w:ascii="Noto Sans CJK KR" w:hAnsi="Noto Sans CJK KR" w:eastAsia="Noto Sans CJK KR"/>
          <w:b w:val="0"/>
          <w:sz w:val="20"/>
        </w:rPr>
        <w:t>누구에게나 같은 결과가 아닌 이유:</w:t>
      </w:r>
    </w:p>
    <w:p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_______________________________________________________________________</w:t>
      </w:r>
    </w:p>
    <w:p>
      <w:r>
        <w:rPr>
          <w:rFonts w:ascii="Noto Sans CJK KR" w:hAnsi="Noto Sans CJK KR" w:eastAsia="Noto Sans CJK KR"/>
          <w:b w:val="0"/>
          <w:sz w:val="20"/>
        </w:rPr>
        <w:t>기준일·대상·조건:</w:t>
      </w:r>
    </w:p>
    <w:p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rFonts w:ascii="Noto Sans CJK KR" w:hAnsi="Noto Sans CJK KR" w:eastAsia="Noto Sans CJK KR"/>
          <w:b w:val="0"/>
          <w:sz w:val="44"/>
        </w:rPr>
        <w:t>실습 7. 10초 AI 영상 생성</w:t>
      </w:r>
    </w:p>
    <w:p>
      <w:r>
        <w:rPr>
          <w:rFonts w:ascii="Noto Sans CJK KR" w:hAnsi="Noto Sans CJK KR" w:eastAsia="Noto Sans CJK KR"/>
          <w:b w:val="0"/>
          <w:sz w:val="20"/>
        </w:rPr>
        <w:t>이번 수업에서는 전원이 고객 질문과 연결된 10초 AI 영상을 만듭니다.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7-1. 이 장면의 역할</w:t>
      </w:r>
    </w:p>
    <w:p>
      <w:r>
        <w:rPr>
          <w:rFonts w:ascii="Noto Sans CJK KR" w:hAnsi="Noto Sans CJK KR" w:eastAsia="Noto Sans CJK KR"/>
          <w:b w:val="0"/>
          <w:sz w:val="20"/>
        </w:rPr>
        <w:t>□ 문제 상황  □ 분위기  □ 전환  □ 상징  □ 촬영 구도 시험</w:t>
      </w:r>
    </w:p>
    <w:p>
      <w:r>
        <w:rPr>
          <w:rFonts w:ascii="Noto Sans CJK KR" w:hAnsi="Noto Sans CJK KR" w:eastAsia="Noto Sans CJK KR"/>
          <w:b w:val="0"/>
          <w:sz w:val="20"/>
        </w:rPr>
        <w:t>실제 제품·현장·성과를 증명하는 장면으로 사용하지 않습니다.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7-2. 프롬프트 재료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7CBD6"/>
          <w:left w:val="single" w:sz="4" w:color="B7CBD6"/>
          <w:bottom w:val="single" w:sz="4" w:color="B7CBD6"/>
          <w:right w:val="single" w:sz="4" w:color="B7CBD6"/>
          <w:insideH w:val="single" w:sz="4" w:color="B7CBD6"/>
          <w:insideV w:val="single" w:sz="4" w:color="B7CBD6"/>
        </w:tblBorders>
      </w:tblPr>
      <w:tblGrid>
        <w:gridCol w:w="5046"/>
        <w:gridCol w:w="5046"/>
      </w:tblGrid>
      <w:tr>
        <w:trPr>
          <w:cantSplit/>
          <w:tblHeader w:val="true"/>
        </w:trPr>
        <w:tc>
          <w:tcPr>
            <w:tcW w:type="dxa" w:w="333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요소</w:t>
            </w:r>
          </w:p>
        </w:tc>
        <w:tc>
          <w:tcPr>
            <w:tcW w:type="dxa" w:w="67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나의 선택</w:t>
            </w:r>
          </w:p>
        </w:tc>
      </w:tr>
      <w:tr>
        <w:trPr>
          <w:cantSplit/>
          <w:trHeight w:val="567" w:hRule="atLeast"/>
        </w:trPr>
        <w:tc>
          <w:tcPr>
            <w:tcW w:type="dxa" w:w="333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주인공</w:t>
            </w:r>
          </w:p>
        </w:tc>
        <w:tc>
          <w:tcPr>
            <w:tcW w:type="dxa" w:w="67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333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행동</w:t>
            </w:r>
          </w:p>
        </w:tc>
        <w:tc>
          <w:tcPr>
            <w:tcW w:type="dxa" w:w="67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333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장소</w:t>
            </w:r>
          </w:p>
        </w:tc>
        <w:tc>
          <w:tcPr>
            <w:tcW w:type="dxa" w:w="67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333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화면 구도·움직임</w:t>
            </w:r>
          </w:p>
        </w:tc>
        <w:tc>
          <w:tcPr>
            <w:tcW w:type="dxa" w:w="67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333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빛·분위기</w:t>
            </w:r>
          </w:p>
        </w:tc>
        <w:tc>
          <w:tcPr>
            <w:tcW w:type="dxa" w:w="67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333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화면 비율</w:t>
            </w:r>
          </w:p>
        </w:tc>
        <w:tc>
          <w:tcPr>
            <w:tcW w:type="dxa" w:w="67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세로형 9:16</w:t>
            </w:r>
          </w:p>
        </w:tc>
      </w:tr>
      <w:tr>
        <w:trPr>
          <w:cantSplit/>
          <w:trHeight w:val="567" w:hRule="atLeast"/>
        </w:trPr>
        <w:tc>
          <w:tcPr>
            <w:tcW w:type="dxa" w:w="333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제외할 것</w:t>
            </w:r>
          </w:p>
        </w:tc>
        <w:tc>
          <w:tcPr>
            <w:tcW w:type="dxa" w:w="676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글자·로고·왜곡·실제 고객 오해 등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7-3. 최종 프롬프트</w:t>
      </w:r>
    </w:p>
    <w:p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_______________________________________________________________________</w:t>
      </w:r>
    </w:p>
    <w:p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_______________________________________________________________________</w:t>
      </w:r>
    </w:p>
    <w:p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_______________________________________________________________________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7-4. 생성 결과 검수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손·얼굴·글자·제품 모양이 자연스럽다.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실제 제품·매장·고객으로 오해하지 않는다.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내 고객 질문과 연결된다.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사실과 다른 성능·성과를 보여주지 않는다.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필요한 경우 AI 생성·합성 정보를 공개한다.</w:t>
      </w:r>
    </w:p>
    <w:p>
      <w:r>
        <w:rPr>
          <w:rFonts w:ascii="Noto Sans CJK KR" w:hAnsi="Noto Sans CJK KR" w:eastAsia="Noto Sans CJK KR"/>
          <w:b w:val="0"/>
          <w:sz w:val="20"/>
        </w:rPr>
        <w:t>다시 생성하거나 고칠 점:</w:t>
      </w:r>
    </w:p>
    <w:p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_______________________________________________________________________</w:t>
      </w:r>
    </w:p>
    <w:p>
      <w:r>
        <w:rPr>
          <w:rFonts w:ascii="Noto Sans CJK KR" w:hAnsi="Noto Sans CJK KR" w:eastAsia="Noto Sans CJK KR"/>
          <w:b w:val="0"/>
          <w:sz w:val="20"/>
        </w:rPr>
        <w:t>기능이 일시적으로 보이지 않을 때 사용할 사진·영상:</w:t>
      </w:r>
    </w:p>
    <w:p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rFonts w:ascii="Noto Sans CJK KR" w:hAnsi="Noto Sans CJK KR" w:eastAsia="Noto Sans CJK KR"/>
          <w:b w:val="0"/>
          <w:sz w:val="44"/>
        </w:rPr>
        <w:t>실습 8. 30~60초 영상 6컷 스토리보드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7CBD6"/>
          <w:left w:val="single" w:sz="4" w:color="B7CBD6"/>
          <w:bottom w:val="single" w:sz="4" w:color="B7CBD6"/>
          <w:right w:val="single" w:sz="4" w:color="B7CBD6"/>
          <w:insideH w:val="single" w:sz="4" w:color="B7CBD6"/>
          <w:insideV w:val="single" w:sz="4" w:color="B7CBD6"/>
        </w:tblBorders>
      </w:tblPr>
      <w:tblGrid>
        <w:gridCol w:w="1682"/>
        <w:gridCol w:w="1682"/>
        <w:gridCol w:w="1682"/>
        <w:gridCol w:w="1682"/>
        <w:gridCol w:w="1682"/>
        <w:gridCol w:w="1682"/>
      </w:tblGrid>
      <w:tr>
        <w:trPr>
          <w:cantSplit/>
          <w:tblHeader w:val="true"/>
        </w:trPr>
        <w:tc>
          <w:tcPr>
            <w:tcW w:type="dxa" w:w="100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컷</w:t>
            </w:r>
          </w:p>
        </w:tc>
        <w:tc>
          <w:tcPr>
            <w:tcW w:type="dxa" w:w="181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역할</w:t>
            </w:r>
          </w:p>
        </w:tc>
        <w:tc>
          <w:tcPr>
            <w:tcW w:type="dxa" w:w="181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화면·장면</w:t>
            </w:r>
          </w:p>
        </w:tc>
        <w:tc>
          <w:tcPr>
            <w:tcW w:type="dxa" w:w="181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말·자막</w:t>
            </w:r>
          </w:p>
        </w:tc>
        <w:tc>
          <w:tcPr>
            <w:tcW w:type="dxa" w:w="181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시간</w:t>
            </w:r>
          </w:p>
        </w:tc>
        <w:tc>
          <w:tcPr>
            <w:tcW w:type="dxa" w:w="181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6"/>
              </w:rPr>
              <w:t>공개 확인</w:t>
            </w:r>
          </w:p>
        </w:tc>
      </w:tr>
      <w:tr>
        <w:trPr>
          <w:cantSplit/>
          <w:trHeight w:val="567" w:hRule="atLeast"/>
        </w:trPr>
        <w:tc>
          <w:tcPr>
            <w:tcW w:type="dxa" w:w="100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1</w:t>
            </w:r>
          </w:p>
        </w:tc>
        <w:tc>
          <w:tcPr>
            <w:tcW w:type="dxa" w:w="181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고객 문제</w:t>
            </w:r>
          </w:p>
        </w:tc>
        <w:tc>
          <w:tcPr>
            <w:tcW w:type="dxa" w:w="181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181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181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초</w:t>
            </w:r>
          </w:p>
        </w:tc>
        <w:tc>
          <w:tcPr>
            <w:tcW w:type="dxa" w:w="181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□</w:t>
            </w:r>
          </w:p>
        </w:tc>
      </w:tr>
      <w:tr>
        <w:trPr>
          <w:cantSplit/>
          <w:trHeight w:val="567" w:hRule="atLeast"/>
        </w:trPr>
        <w:tc>
          <w:tcPr>
            <w:tcW w:type="dxa" w:w="100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2</w:t>
            </w:r>
          </w:p>
        </w:tc>
        <w:tc>
          <w:tcPr>
            <w:tcW w:type="dxa" w:w="181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직접 답</w:t>
            </w:r>
          </w:p>
        </w:tc>
        <w:tc>
          <w:tcPr>
            <w:tcW w:type="dxa" w:w="181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181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181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초</w:t>
            </w:r>
          </w:p>
        </w:tc>
        <w:tc>
          <w:tcPr>
            <w:tcW w:type="dxa" w:w="181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□</w:t>
            </w:r>
          </w:p>
        </w:tc>
      </w:tr>
      <w:tr>
        <w:trPr>
          <w:cantSplit/>
          <w:trHeight w:val="567" w:hRule="atLeast"/>
        </w:trPr>
        <w:tc>
          <w:tcPr>
            <w:tcW w:type="dxa" w:w="100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3</w:t>
            </w:r>
          </w:p>
        </w:tc>
        <w:tc>
          <w:tcPr>
            <w:tcW w:type="dxa" w:w="181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근거 1</w:t>
            </w:r>
          </w:p>
        </w:tc>
        <w:tc>
          <w:tcPr>
            <w:tcW w:type="dxa" w:w="181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181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181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초</w:t>
            </w:r>
          </w:p>
        </w:tc>
        <w:tc>
          <w:tcPr>
            <w:tcW w:type="dxa" w:w="181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□</w:t>
            </w:r>
          </w:p>
        </w:tc>
      </w:tr>
      <w:tr>
        <w:trPr>
          <w:cantSplit/>
          <w:trHeight w:val="567" w:hRule="atLeast"/>
        </w:trPr>
        <w:tc>
          <w:tcPr>
            <w:tcW w:type="dxa" w:w="100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4</w:t>
            </w:r>
          </w:p>
        </w:tc>
        <w:tc>
          <w:tcPr>
            <w:tcW w:type="dxa" w:w="181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근거 2·과정</w:t>
            </w:r>
          </w:p>
        </w:tc>
        <w:tc>
          <w:tcPr>
            <w:tcW w:type="dxa" w:w="181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181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181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초</w:t>
            </w:r>
          </w:p>
        </w:tc>
        <w:tc>
          <w:tcPr>
            <w:tcW w:type="dxa" w:w="181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□</w:t>
            </w:r>
          </w:p>
        </w:tc>
      </w:tr>
      <w:tr>
        <w:trPr>
          <w:cantSplit/>
          <w:trHeight w:val="567" w:hRule="atLeast"/>
        </w:trPr>
        <w:tc>
          <w:tcPr>
            <w:tcW w:type="dxa" w:w="100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5</w:t>
            </w:r>
          </w:p>
        </w:tc>
        <w:tc>
          <w:tcPr>
            <w:tcW w:type="dxa" w:w="181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주의·한계</w:t>
            </w:r>
          </w:p>
        </w:tc>
        <w:tc>
          <w:tcPr>
            <w:tcW w:type="dxa" w:w="181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181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181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초</w:t>
            </w:r>
          </w:p>
        </w:tc>
        <w:tc>
          <w:tcPr>
            <w:tcW w:type="dxa" w:w="181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□</w:t>
            </w:r>
          </w:p>
        </w:tc>
      </w:tr>
      <w:tr>
        <w:trPr>
          <w:cantSplit/>
          <w:trHeight w:val="567" w:hRule="atLeast"/>
        </w:trPr>
        <w:tc>
          <w:tcPr>
            <w:tcW w:type="dxa" w:w="100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6</w:t>
            </w:r>
          </w:p>
        </w:tc>
        <w:tc>
          <w:tcPr>
            <w:tcW w:type="dxa" w:w="181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다음 행동</w:t>
            </w:r>
          </w:p>
        </w:tc>
        <w:tc>
          <w:tcPr>
            <w:tcW w:type="dxa" w:w="181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181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181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초</w:t>
            </w:r>
          </w:p>
        </w:tc>
        <w:tc>
          <w:tcPr>
            <w:tcW w:type="dxa" w:w="181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6"/>
              </w:rPr>
              <w:t>□</w:t>
            </w:r>
          </w:p>
        </w:tc>
      </w:tr>
    </w:tbl>
    <w:p>
      <w:pPr>
        <w:spacing w:after="20"/>
      </w:pPr>
    </w:p>
    <w:p>
      <w:r>
        <w:rPr>
          <w:rFonts w:ascii="Noto Sans CJK KR" w:hAnsi="Noto Sans CJK KR" w:eastAsia="Noto Sans CJK KR"/>
          <w:b w:val="0"/>
          <w:sz w:val="20"/>
        </w:rPr>
        <w:t>예상 전체 길이: __________초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편집 순서 확인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목적과 화면 비율을 정했다.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질문과 직접 답을 먼저 배치했다.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필요 없는 앞뒤와 반복 장면을 잘랐다.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음악이 말을 방해하지 않는다.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핵심 자막을 넣었다.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장면 전환을 최소로 사용했다.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다음 행동 한 가지를 넣었다.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공개 전 사람이 미리 봤다.</w:t>
      </w:r>
    </w:p>
    <w:p>
      <w:r>
        <w:rPr>
          <w:rFonts w:ascii="Noto Sans CJK KR" w:hAnsi="Noto Sans CJK KR" w:eastAsia="Noto Sans CJK KR"/>
          <w:b w:val="0"/>
          <w:sz w:val="20"/>
        </w:rPr>
        <w:t>저장 파일 이름: 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rFonts w:ascii="Noto Sans CJK KR" w:hAnsi="Noto Sans CJK KR" w:eastAsia="Noto Sans CJK KR"/>
          <w:b w:val="0"/>
          <w:sz w:val="44"/>
        </w:rPr>
        <w:t>실습 9. 제목·썸네일의 같은 약속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9-1. 제목 세 가지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7CBD6"/>
          <w:left w:val="single" w:sz="4" w:color="B7CBD6"/>
          <w:bottom w:val="single" w:sz="4" w:color="B7CBD6"/>
          <w:right w:val="single" w:sz="4" w:color="B7CBD6"/>
          <w:insideH w:val="single" w:sz="4" w:color="B7CBD6"/>
          <w:insideV w:val="single" w:sz="4" w:color="B7CBD6"/>
        </w:tblBorders>
      </w:tblPr>
      <w:tblGrid>
        <w:gridCol w:w="3364"/>
        <w:gridCol w:w="3364"/>
        <w:gridCol w:w="3364"/>
      </w:tblGrid>
      <w:tr>
        <w:trPr>
          <w:cantSplit/>
          <w:tblHeader w:val="true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유형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제목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고객이 기대할 답</w:t>
            </w:r>
          </w:p>
        </w:tc>
      </w:tr>
      <w:tr>
        <w:trPr>
          <w:cantSplit/>
          <w:trHeight w:val="567" w:hRule="atLeast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직접 답변형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비교·판단형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과정·실수형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</w:tbl>
    <w:p>
      <w:pPr>
        <w:spacing w:after="20"/>
      </w:pPr>
    </w:p>
    <w:p>
      <w:r>
        <w:rPr>
          <w:rFonts w:ascii="Noto Sans CJK KR" w:hAnsi="Noto Sans CJK KR" w:eastAsia="Noto Sans CJK KR"/>
          <w:b w:val="0"/>
          <w:sz w:val="20"/>
        </w:rPr>
        <w:t>최종 제목: _____________________________________________________________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9-2. 제목의 범위 확인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대상: _______________________________________________________________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결과: _______________________________________________________________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포함 범위: __________________________________________________________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제외 범위: __________________________________________________________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필요한 시간·조건: ___________________________________________________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9-3. 썸네일 문구 두 가지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</w:t>
      </w:r>
    </w:p>
    <w:p>
      <w:pPr>
        <w:pStyle w:val="ListNumber"/>
        <w:spacing w:after="50"/>
      </w:pPr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</w:t>
      </w:r>
    </w:p>
    <w:p>
      <w:r>
        <w:rPr>
          <w:rFonts w:ascii="Noto Sans CJK KR" w:hAnsi="Noto Sans CJK KR" w:eastAsia="Noto Sans CJK KR"/>
          <w:b w:val="0"/>
          <w:sz w:val="20"/>
        </w:rPr>
        <w:t>제목을 그대로 반복하지 않았는가? □ 예 □ 수정 필요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9-4. 썸네일 스케치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7CBD6"/>
          <w:left w:val="single" w:sz="4" w:color="B7CBD6"/>
          <w:bottom w:val="single" w:sz="4" w:color="B7CBD6"/>
          <w:right w:val="single" w:sz="4" w:color="B7CBD6"/>
          <w:insideH w:val="single" w:sz="4" w:color="B7CBD6"/>
          <w:insideV w:val="single" w:sz="4" w:color="B7CBD6"/>
        </w:tblBorders>
      </w:tblPr>
      <w:tblGrid>
        <w:gridCol w:w="3364"/>
        <w:gridCol w:w="3364"/>
        <w:gridCol w:w="3364"/>
      </w:tblGrid>
      <w:tr>
        <w:trPr>
          <w:cantSplit/>
          <w:tblHeader w:val="true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왼쪽 또는 배경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가운데 핵심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오른쪽 또는 보조</w:t>
            </w:r>
          </w:p>
        </w:tc>
      </w:tr>
      <w:tr>
        <w:trPr>
          <w:cantSplit/>
          <w:trHeight w:val="567" w:hRule="atLeast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</w:tbl>
    <w:p>
      <w:pPr>
        <w:spacing w:after="20"/>
      </w:pPr>
    </w:p>
    <w:p>
      <w:r>
        <w:rPr>
          <w:rFonts w:ascii="Noto Sans CJK KR" w:hAnsi="Noto Sans CJK KR" w:eastAsia="Noto Sans CJK KR"/>
          <w:b w:val="0"/>
          <w:sz w:val="20"/>
        </w:rPr>
        <w:t>작은 화면 확인: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문구가 짧다.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실제 근거 장면이 있다.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제목과 다른 정보를 더한다.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과장·오해를 만들지 않는다.</w:t>
      </w:r>
    </w:p>
    <w:p>
      <w:r>
        <w:br w:type="page"/>
      </w:r>
    </w:p>
    <w:p>
      <w:pPr>
        <w:pStyle w:val="Heading1"/>
      </w:pPr>
      <w:r>
        <w:rPr>
          <w:rFonts w:ascii="Noto Sans CJK KR" w:hAnsi="Noto Sans CJK KR" w:eastAsia="Noto Sans CJK KR"/>
          <w:b w:val="0"/>
          <w:sz w:val="44"/>
        </w:rPr>
        <w:t>실습 10. 설명란·자막·다음 행동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10-1. 설명란 첫 두 문장</w:t>
      </w:r>
    </w:p>
    <w:p>
      <w:r>
        <w:rPr>
          <w:rFonts w:ascii="Noto Sans CJK KR" w:hAnsi="Noto Sans CJK KR" w:eastAsia="Noto Sans CJK KR"/>
          <w:b w:val="0"/>
          <w:sz w:val="20"/>
        </w:rPr>
        <w:t>이 영상은 _____________________________________________________________</w:t>
      </w:r>
    </w:p>
    <w:p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_______________________________________________________________________</w:t>
      </w:r>
    </w:p>
    <w:p>
      <w:r>
        <w:rPr>
          <w:rFonts w:ascii="Noto Sans CJK KR" w:hAnsi="Noto Sans CJK KR" w:eastAsia="Noto Sans CJK KR"/>
          <w:b w:val="0"/>
          <w:sz w:val="20"/>
        </w:rPr>
        <w:t>핵심 답은 _____________________________________________________________</w:t>
      </w:r>
    </w:p>
    <w:p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_______________________________________________________________________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10-2. 설명란에 넣을 것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출처와 기준일: ______________________________________________________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관련 재생목록·다음 영상: ___________________________________________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단일 CTA 링크: ______________________________________________________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광고·협찬·제휴 표시: □ 해당 없음 □ 표시 완료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10-3. 자막 검수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7CBD6"/>
          <w:left w:val="single" w:sz="4" w:color="B7CBD6"/>
          <w:bottom w:val="single" w:sz="4" w:color="B7CBD6"/>
          <w:right w:val="single" w:sz="4" w:color="B7CBD6"/>
          <w:insideH w:val="single" w:sz="4" w:color="B7CBD6"/>
          <w:insideV w:val="single" w:sz="4" w:color="B7CBD6"/>
        </w:tblBorders>
      </w:tblPr>
      <w:tblGrid>
        <w:gridCol w:w="3364"/>
        <w:gridCol w:w="3364"/>
        <w:gridCol w:w="3364"/>
      </w:tblGrid>
      <w:tr>
        <w:trPr>
          <w:cantSplit/>
          <w:tblHeader w:val="true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확인 항목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원문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수정</w:t>
            </w:r>
          </w:p>
        </w:tc>
      </w:tr>
      <w:tr>
        <w:trPr>
          <w:cantSplit/>
          <w:trHeight w:val="567" w:hRule="atLeast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이름·고유명사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수치·단위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전문용어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자동 자막 오류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</w:tbl>
    <w:p>
      <w:pPr>
        <w:spacing w:after="20"/>
      </w:pP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10-4. 같은 약속 검수</w:t>
      </w:r>
    </w:p>
    <w:p>
      <w:r>
        <w:rPr>
          <w:rFonts w:ascii="Noto Sans CJK KR" w:hAnsi="Noto Sans CJK KR" w:eastAsia="Noto Sans CJK KR"/>
          <w:b/>
          <w:sz w:val="20"/>
        </w:rPr>
        <w:t>제목 → 썸네일 → 첫 장면 → 영상의 답 → 설명란 → 다음 행동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같은 고객을 말한다.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같은 질문을 말한다.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제목의 약속을 영상이 지킨다.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근거와 주의점을 구분한다.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다음 행동은 한 가지다.</w:t>
      </w:r>
    </w:p>
    <w:p>
      <w:r>
        <w:rPr>
          <w:rFonts w:ascii="Noto Sans CJK KR" w:hAnsi="Noto Sans CJK KR" w:eastAsia="Noto Sans CJK KR"/>
          <w:b w:val="0"/>
          <w:sz w:val="20"/>
        </w:rPr>
        <w:t>고칠 한 가지:</w:t>
      </w:r>
    </w:p>
    <w:p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rFonts w:ascii="Noto Sans CJK KR" w:hAnsi="Noto Sans CJK KR" w:eastAsia="Noto Sans CJK KR"/>
          <w:b w:val="0"/>
          <w:sz w:val="44"/>
        </w:rPr>
        <w:t>실습 11. 사례 판정표</w:t>
      </w:r>
    </w:p>
    <w:p>
      <w:r>
        <w:rPr>
          <w:rFonts w:ascii="Noto Sans CJK KR" w:hAnsi="Noto Sans CJK KR" w:eastAsia="Noto Sans CJK KR"/>
          <w:b w:val="0"/>
          <w:sz w:val="20"/>
        </w:rPr>
        <w:t>선택한 사례: __________________________________________________________</w:t>
      </w:r>
    </w:p>
    <w:p>
      <w:r>
        <w:rPr>
          <w:rFonts w:ascii="Noto Sans CJK KR" w:hAnsi="Noto Sans CJK KR" w:eastAsia="Noto Sans CJK KR"/>
          <w:b w:val="0"/>
          <w:sz w:val="20"/>
        </w:rPr>
        <w:t>구분: □ 잘된 사례  □ 함께 고민할 사례</w:t>
      </w:r>
    </w:p>
    <w:p>
      <w:r>
        <w:rPr>
          <w:rFonts w:ascii="Noto Sans CJK KR" w:hAnsi="Noto Sans CJK KR" w:eastAsia="Noto Sans CJK KR"/>
          <w:b w:val="0"/>
          <w:sz w:val="20"/>
        </w:rPr>
        <w:t xml:space="preserve">각 항목을 </w:t>
      </w:r>
      <w:r>
        <w:rPr>
          <w:rFonts w:ascii="Noto Sans Mono CJK KR" w:hAnsi="Noto Sans Mono CJK KR" w:eastAsia="Noto Sans Mono CJK KR"/>
          <w:b w:val="0"/>
          <w:color w:val="164E77"/>
          <w:sz w:val="20"/>
        </w:rPr>
        <w:t>확인됨 / 일부 확인 / 화면에서 확인 어려움</w:t>
      </w:r>
      <w:r>
        <w:rPr>
          <w:rFonts w:ascii="Noto Sans CJK KR" w:hAnsi="Noto Sans CJK KR" w:eastAsia="Noto Sans CJK KR"/>
          <w:b w:val="0"/>
          <w:sz w:val="20"/>
        </w:rPr>
        <w:t>으로 표시합니다.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7CBD6"/>
          <w:left w:val="single" w:sz="4" w:color="B7CBD6"/>
          <w:bottom w:val="single" w:sz="4" w:color="B7CBD6"/>
          <w:right w:val="single" w:sz="4" w:color="B7CBD6"/>
          <w:insideH w:val="single" w:sz="4" w:color="B7CBD6"/>
          <w:insideV w:val="single" w:sz="4" w:color="B7CBD6"/>
        </w:tblBorders>
      </w:tblPr>
      <w:tblGrid>
        <w:gridCol w:w="3364"/>
        <w:gridCol w:w="3364"/>
        <w:gridCol w:w="3364"/>
      </w:tblGrid>
      <w:tr>
        <w:trPr>
          <w:cantSplit/>
          <w:tblHeader w:val="true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항목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판정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184E77"/>
          </w:tcPr>
          <w:p>
            <w:r>
              <w:rPr>
                <w:b/>
                <w:color w:val="FFFFFF"/>
              </w:rPr>
            </w:r>
            <w:r>
              <w:rPr>
                <w:rFonts w:ascii="Noto Sans CJK KR" w:hAnsi="Noto Sans CJK KR" w:eastAsia="Noto Sans CJK KR"/>
                <w:b/>
                <w:color w:val="FFFFFF"/>
                <w:sz w:val="17"/>
              </w:rPr>
              <w:t>관찰한 근거</w:t>
            </w:r>
          </w:p>
        </w:tc>
      </w:tr>
      <w:tr>
        <w:trPr>
          <w:cantSplit/>
          <w:trHeight w:val="567" w:hRule="atLeast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고객: 누구의 어떤 상황인가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질문: 질문 하나를 해결하는가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약속: 제목·첫 장면·본문이 같은가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경험: 직접 과정·실패·결과가 보이는가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근거: 출처와 한계를 구분하는가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시리즈: 같은 규칙으로 다음 편을 만들 수 있는가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연결: 다음 영상·재생목록으로 이어지는가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행동: 시청 후 할 일이 분명한가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지속성: 바뀐 정보를 수정할 수 있는가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  <w:trHeight w:val="567" w:hRule="atLeast"/>
        </w:trPr>
        <w:tc>
          <w:tcPr>
            <w:tcW w:type="dxa" w:w="252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  <w:r>
              <w:rPr>
                <w:rFonts w:ascii="Noto Sans CJK KR" w:hAnsi="Noto Sans CJK KR" w:eastAsia="Noto Sans CJK KR"/>
                <w:b w:val="0"/>
                <w:sz w:val="17"/>
              </w:rPr>
              <w:t>안전: 개인정보·저작권·광고 표시를 확인했는가</w:t>
            </w:r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  <w:tc>
          <w:tcPr>
            <w:tcW w:type="dxa" w:w="37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</w:tbl>
    <w:p>
      <w:pPr>
        <w:spacing w:after="20"/>
      </w:pPr>
    </w:p>
    <w:p>
      <w:r>
        <w:rPr>
          <w:rFonts w:ascii="Noto Sans CJK KR" w:hAnsi="Noto Sans CJK KR" w:eastAsia="Noto Sans CJK KR"/>
          <w:b w:val="0"/>
          <w:sz w:val="20"/>
        </w:rPr>
        <w:t>이 영상의 목표가 이것이라면 더할 한 가지:</w:t>
      </w:r>
    </w:p>
    <w:p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_______________________________________________________________________</w:t>
      </w:r>
    </w:p>
    <w:p>
      <w:r>
        <w:rPr>
          <w:rFonts w:ascii="Noto Sans CJK KR" w:hAnsi="Noto Sans CJK KR" w:eastAsia="Noto Sans CJK KR"/>
          <w:b w:val="0"/>
          <w:sz w:val="20"/>
        </w:rPr>
        <w:t>내 영상에 옮길 최소 행동:</w:t>
      </w:r>
    </w:p>
    <w:p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rFonts w:ascii="Noto Sans CJK KR" w:hAnsi="Noto Sans CJK KR" w:eastAsia="Noto Sans CJK KR"/>
          <w:b w:val="0"/>
          <w:sz w:val="44"/>
        </w:rPr>
        <w:t>실습 12. 영상에서 다음 행동까지 연결하기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12-1. 연결도</w:t>
      </w:r>
    </w:p>
    <w:p>
      <w:r>
        <w:rPr>
          <w:rFonts w:ascii="Noto Sans CJK KR" w:hAnsi="Noto Sans CJK KR" w:eastAsia="Noto Sans CJK KR"/>
          <w:b/>
          <w:sz w:val="20"/>
        </w:rPr>
        <w:t>현재 영상 제목:</w:t>
      </w:r>
    </w:p>
    <w:p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_______________________________________________________________________</w:t>
      </w:r>
    </w:p>
    <w:p>
      <w:r>
        <w:rPr>
          <w:rFonts w:ascii="Noto Sans CJK KR" w:hAnsi="Noto Sans CJK KR" w:eastAsia="Noto Sans CJK KR"/>
          <w:b w:val="0"/>
          <w:sz w:val="20"/>
        </w:rPr>
        <w:t>↓</w:t>
      </w:r>
    </w:p>
    <w:p>
      <w:r>
        <w:rPr>
          <w:rFonts w:ascii="Noto Sans CJK KR" w:hAnsi="Noto Sans CJK KR" w:eastAsia="Noto Sans CJK KR"/>
          <w:b/>
          <w:sz w:val="20"/>
        </w:rPr>
        <w:t>다음 영상 제목:</w:t>
      </w:r>
    </w:p>
    <w:p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_______________________________________________________________________</w:t>
      </w:r>
    </w:p>
    <w:p>
      <w:r>
        <w:rPr>
          <w:rFonts w:ascii="Noto Sans CJK KR" w:hAnsi="Noto Sans CJK KR" w:eastAsia="Noto Sans CJK KR"/>
          <w:b w:val="0"/>
          <w:sz w:val="20"/>
        </w:rPr>
        <w:t>↓</w:t>
      </w:r>
    </w:p>
    <w:p>
      <w:r>
        <w:rPr>
          <w:rFonts w:ascii="Noto Sans CJK KR" w:hAnsi="Noto Sans CJK KR" w:eastAsia="Noto Sans CJK KR"/>
          <w:b/>
          <w:sz w:val="20"/>
        </w:rPr>
        <w:t>설명란·고정 댓글 CTA:</w:t>
      </w:r>
    </w:p>
    <w:p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_______________________________________________________________________</w:t>
      </w:r>
    </w:p>
    <w:p>
      <w:r>
        <w:rPr>
          <w:rFonts w:ascii="Noto Sans CJK KR" w:hAnsi="Noto Sans CJK KR" w:eastAsia="Noto Sans CJK KR"/>
          <w:b w:val="0"/>
          <w:sz w:val="20"/>
        </w:rPr>
        <w:t>↓</w:t>
      </w:r>
    </w:p>
    <w:p>
      <w:r>
        <w:rPr>
          <w:rFonts w:ascii="Noto Sans CJK KR" w:hAnsi="Noto Sans CJK KR" w:eastAsia="Noto Sans CJK KR"/>
          <w:b/>
          <w:sz w:val="20"/>
        </w:rPr>
        <w:t>문의·예약·신청·구매 중 하나:</w:t>
      </w:r>
    </w:p>
    <w:p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_______________________________________________________________________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12-2. 재생목록과 엔드 화면</w:t>
      </w:r>
    </w:p>
    <w:p>
      <w:r>
        <w:rPr>
          <w:rFonts w:ascii="Noto Sans CJK KR" w:hAnsi="Noto Sans CJK KR" w:eastAsia="Noto Sans CJK KR"/>
          <w:b w:val="0"/>
          <w:sz w:val="20"/>
        </w:rPr>
        <w:t>재생목록 이름: ________________________________________________________</w:t>
      </w:r>
    </w:p>
    <w:p>
      <w:r>
        <w:rPr>
          <w:rFonts w:ascii="Noto Sans CJK KR" w:hAnsi="Noto Sans CJK KR" w:eastAsia="Noto Sans CJK KR"/>
          <w:b w:val="0"/>
          <w:sz w:val="20"/>
        </w:rPr>
        <w:t>엔드 화면에서 보낼 영상: ______________________________________________</w:t>
      </w:r>
    </w:p>
    <w:p>
      <w:r>
        <w:rPr>
          <w:rFonts w:ascii="Noto Sans CJK KR" w:hAnsi="Noto Sans CJK KR" w:eastAsia="Noto Sans CJK KR"/>
          <w:b w:val="0"/>
          <w:sz w:val="20"/>
        </w:rPr>
        <w:t>고정 댓글 첫 문장: ____________________________________________________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12-3. 공개 안전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얼굴·이름·목소리 사용 동의를 확인했다.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전화번호·주소·차량번호·예약정보가 보이지 않는다.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음악·사진·영상 사용 권한을 확인했다.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광고·협찬·제휴 관계를 표시했다.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가격·정책·대상 조건의 기준일을 표시했다.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AI 생성·합성 정보 공개 필요를 확인했다.</w:t>
      </w:r>
    </w:p>
    <w:p>
      <w:r>
        <w:br w:type="page"/>
      </w:r>
    </w:p>
    <w:p>
      <w:pPr>
        <w:pStyle w:val="Heading1"/>
      </w:pPr>
      <w:r>
        <w:rPr>
          <w:rFonts w:ascii="Noto Sans CJK KR" w:hAnsi="Noto Sans CJK KR" w:eastAsia="Noto Sans CJK KR"/>
          <w:b w:val="0"/>
          <w:sz w:val="44"/>
        </w:rPr>
        <w:t>실습 13. 7일 한 변수 실험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13-1. 한 가지만 바꾸기</w:t>
      </w:r>
    </w:p>
    <w:p>
      <w:r>
        <w:rPr>
          <w:rFonts w:ascii="Noto Sans CJK KR" w:hAnsi="Noto Sans CJK KR" w:eastAsia="Noto Sans CJK KR"/>
          <w:b w:val="0"/>
          <w:sz w:val="20"/>
        </w:rPr>
        <w:t>바꿀 변수: □ 제목  □ 썸네일  □ 도입  □ 길이</w:t>
      </w:r>
    </w:p>
    <w:p>
      <w:r>
        <w:rPr>
          <w:rFonts w:ascii="Noto Sans CJK KR" w:hAnsi="Noto Sans CJK KR" w:eastAsia="Noto Sans CJK KR"/>
          <w:b w:val="0"/>
          <w:sz w:val="20"/>
        </w:rPr>
        <w:t>기존 상태:</w:t>
      </w:r>
    </w:p>
    <w:p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_______________________________________________________________________</w:t>
      </w:r>
    </w:p>
    <w:p>
      <w:r>
        <w:rPr>
          <w:rFonts w:ascii="Noto Sans CJK KR" w:hAnsi="Noto Sans CJK KR" w:eastAsia="Noto Sans CJK KR"/>
          <w:b w:val="0"/>
          <w:sz w:val="20"/>
        </w:rPr>
        <w:t>바꿀 내용:</w:t>
      </w:r>
    </w:p>
    <w:p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_______________________________________________________________________</w:t>
      </w:r>
    </w:p>
    <w:p>
      <w:r>
        <w:rPr>
          <w:rFonts w:ascii="Noto Sans CJK KR" w:hAnsi="Noto Sans CJK KR" w:eastAsia="Noto Sans CJK KR"/>
          <w:b w:val="0"/>
          <w:sz w:val="20"/>
        </w:rPr>
        <w:t>바꾸는 이유:</w:t>
      </w:r>
    </w:p>
    <w:p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_______________________________________________________________________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13-2. 한 지표 보기</w:t>
      </w:r>
    </w:p>
    <w:p>
      <w:r>
        <w:rPr>
          <w:rFonts w:ascii="Noto Sans CJK KR" w:hAnsi="Noto Sans CJK KR" w:eastAsia="Noto Sans CJK KR"/>
          <w:b w:val="0"/>
          <w:sz w:val="20"/>
        </w:rPr>
        <w:t>관찰할 영역: □ 검색  □ 추천  □ 전환</w:t>
      </w:r>
    </w:p>
    <w:p>
      <w:r>
        <w:rPr>
          <w:rFonts w:ascii="Noto Sans CJK KR" w:hAnsi="Noto Sans CJK KR" w:eastAsia="Noto Sans CJK KR"/>
          <w:b w:val="0"/>
          <w:sz w:val="20"/>
        </w:rPr>
        <w:t>관찰할 지표 한 가지:</w:t>
      </w:r>
    </w:p>
    <w:p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_______________________________________________________________________</w:t>
      </w:r>
    </w:p>
    <w:p>
      <w:r>
        <w:rPr>
          <w:rFonts w:ascii="Noto Sans CJK KR" w:hAnsi="Noto Sans CJK KR" w:eastAsia="Noto Sans CJK KR"/>
          <w:b w:val="0"/>
          <w:sz w:val="20"/>
        </w:rPr>
        <w:t>확인 날짜: __________년 ______월 ______일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13-3. 결과 기록</w:t>
      </w:r>
    </w:p>
    <w:p>
      <w:r>
        <w:rPr>
          <w:rFonts w:ascii="Noto Sans CJK KR" w:hAnsi="Noto Sans CJK KR" w:eastAsia="Noto Sans CJK KR"/>
          <w:b w:val="0"/>
          <w:sz w:val="20"/>
        </w:rPr>
        <w:t>처음 값 또는 상태: ____________________________________________________</w:t>
      </w:r>
    </w:p>
    <w:p>
      <w:r>
        <w:rPr>
          <w:rFonts w:ascii="Noto Sans CJK KR" w:hAnsi="Noto Sans CJK KR" w:eastAsia="Noto Sans CJK KR"/>
          <w:b w:val="0"/>
          <w:sz w:val="20"/>
        </w:rPr>
        <w:t>7일 뒤 값 또는 상태: __________________________________________________</w:t>
      </w:r>
    </w:p>
    <w:p>
      <w:r>
        <w:rPr>
          <w:rFonts w:ascii="Noto Sans CJK KR" w:hAnsi="Noto Sans CJK KR" w:eastAsia="Noto Sans CJK KR"/>
          <w:b w:val="0"/>
          <w:sz w:val="20"/>
        </w:rPr>
        <w:t>좋아진 점·달라진 점:</w:t>
      </w:r>
    </w:p>
    <w:p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_______________________________________________________________________</w:t>
      </w:r>
    </w:p>
    <w:p>
      <w:r>
        <w:rPr>
          <w:rFonts w:ascii="Noto Sans CJK KR" w:hAnsi="Noto Sans CJK KR" w:eastAsia="Noto Sans CJK KR"/>
          <w:b w:val="0"/>
          <w:sz w:val="20"/>
        </w:rPr>
        <w:t>다음에 유지할 것:</w:t>
      </w:r>
    </w:p>
    <w:p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_______________________________________________________________________</w:t>
      </w:r>
    </w:p>
    <w:p>
      <w:r>
        <w:rPr>
          <w:rFonts w:ascii="Noto Sans CJK KR" w:hAnsi="Noto Sans CJK KR" w:eastAsia="Noto Sans CJK KR"/>
          <w:b w:val="0"/>
          <w:sz w:val="20"/>
        </w:rPr>
        <w:t>다음에 다시 바꿀 한 가지:</w:t>
      </w:r>
    </w:p>
    <w:p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rFonts w:ascii="Noto Sans CJK KR" w:hAnsi="Noto Sans CJK KR" w:eastAsia="Noto Sans CJK KR"/>
          <w:b w:val="0"/>
          <w:sz w:val="44"/>
        </w:rPr>
        <w:t>최종 점검. 한 편의 영상 제작 패키지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발견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고객 질문 하나가 분명하다.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질문형·비교형·방법형 검색어를 만들었다.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검색 영상 5개와 빠진 답을 관찰했다.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신뢰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직접 경험·현장·자료가 있다.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제조사 정보·직접 측정·체감·확인 필요를 구분했다.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확인되지 않은 성과를 만들지 않았다.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제작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10초 AI 영상을 생성하고 사람이 검수했다.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30~60초 영상 또는 6컷 스토리보드를 완성했다.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AI 장면을 실제 증거로 사용하지 않았다.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같은 약속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제목 3개를 만들었다.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썸네일 문구 2개를 만들었다.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제목·썸네일·첫 장면·본문이 같은 질문을 다룬다.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설명란·자막을 검수했다.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연결과 개선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다음 영상 또는 재생목록이 있다.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CTA는 한 가지다.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개인정보·저작권·광고 표시를 확인했다.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7일 뒤 볼 한 변수를 정했다.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오늘 완성한 가장 작은 다음 행동</w:t>
      </w:r>
    </w:p>
    <w:p>
      <w:r>
        <w:rPr>
          <w:rFonts w:ascii="Noto Sans CJK KR" w:hAnsi="Noto Sans CJK KR" w:eastAsia="Noto Sans CJK KR"/>
          <w:b w:val="0"/>
          <w:sz w:val="20"/>
        </w:rPr>
        <w:t>나는 오늘 수업이 끝난 뒤 ______________________________________________</w:t>
      </w:r>
    </w:p>
    <w:p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_______________________________________________________________________</w:t>
      </w:r>
    </w:p>
    <w:p>
      <w:r>
        <w:rPr>
          <w:rFonts w:ascii="Noto Sans CJK KR" w:hAnsi="Noto Sans CJK KR" w:eastAsia="Noto Sans CJK KR"/>
          <w:b w:val="0"/>
          <w:sz w:val="20"/>
        </w:rPr>
        <w:t>을 하겠습니다.</w:t>
      </w:r>
    </w:p>
    <w:p>
      <w:r>
        <w:rPr>
          <w:rFonts w:ascii="Noto Sans CJK KR" w:hAnsi="Noto Sans CJK KR" w:eastAsia="Noto Sans CJK KR"/>
          <w:b w:val="0"/>
          <w:sz w:val="20"/>
        </w:rPr>
        <w:t>짝 검수자: ________________________  검수 날짜: ________________________</w:t>
      </w:r>
    </w:p>
    <w:p>
      <w:r>
        <w:rPr>
          <w:rFonts w:ascii="Noto Sans CJK KR" w:hAnsi="Noto Sans CJK KR" w:eastAsia="Noto Sans CJK KR"/>
          <w:b w:val="0"/>
          <w:sz w:val="20"/>
        </w:rPr>
        <w:t>짝이 발견한 좋아진 점·달라진 점:</w:t>
      </w:r>
    </w:p>
    <w:p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_______________________________________________________________________</w:t>
      </w:r>
    </w:p>
    <w:p>
      <w:r>
        <w:rPr>
          <w:rFonts w:ascii="Noto Sans CJK KR" w:hAnsi="Noto Sans CJK KR" w:eastAsia="Noto Sans CJK KR"/>
          <w:b w:val="0"/>
          <w:sz w:val="20"/>
        </w:rPr>
        <w:t>짝이 제안한 가장 작은 수정 한 가지:</w:t>
      </w:r>
    </w:p>
    <w:p>
      <w:r>
        <w:rPr>
          <w:rFonts w:ascii="Noto Sans CJK KR" w:hAnsi="Noto Sans CJK KR" w:eastAsia="Noto Sans CJK KR"/>
          <w:b w:val="0"/>
          <w:sz w:val="20"/>
        </w:rPr>
        <w:t>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rFonts w:ascii="Noto Sans CJK KR" w:hAnsi="Noto Sans CJK KR" w:eastAsia="Noto Sans CJK KR"/>
          <w:b w:val="0"/>
          <w:sz w:val="44"/>
        </w:rPr>
        <w:t>부록. 수업용 AI 프롬프트</w:t>
      </w:r>
    </w:p>
    <w:p>
      <w:pPr>
        <w:spacing w:before="80" w:after="140"/>
        <w:ind w:left="283" w:right="283"/>
        <w:shd w:fill="F1F5F9"/>
      </w:pPr>
      <w:r>
        <w:rPr>
          <w:rFonts w:ascii="Noto Sans Mono CJK KR" w:hAnsi="Noto Sans Mono CJK KR" w:eastAsia="Noto Sans Mono CJK KR"/>
          <w:color w:val="16324F"/>
          <w:sz w:val="18"/>
        </w:rPr>
        <w:t>아래 내용은 내가 직접 확인한 사실과 경험이다.</w:t>
      </w:r>
      <w:r>
        <w:br/>
      </w:r>
      <w:r>
        <w:rPr>
          <w:rFonts w:ascii="Noto Sans Mono CJK KR" w:hAnsi="Noto Sans Mono CJK KR" w:eastAsia="Noto Sans Mono CJK KR"/>
          <w:color w:val="16324F"/>
          <w:sz w:val="18"/>
        </w:rPr>
        <w:t>확인되지 않은 내용이나 성과를 추가하지 마라.</w:t>
      </w:r>
      <w:r>
        <w:br/>
      </w:r>
      <w:r>
        <w:rPr>
          <w:rFonts w:ascii="Noto Sans Mono CJK KR" w:hAnsi="Noto Sans Mono CJK KR" w:eastAsia="Noto Sans Mono CJK KR"/>
          <w:color w:val="16324F"/>
          <w:sz w:val="18"/>
        </w:rPr>
      </w:r>
      <w:r>
        <w:br/>
      </w:r>
      <w:r>
        <w:rPr>
          <w:rFonts w:ascii="Noto Sans Mono CJK KR" w:hAnsi="Noto Sans Mono CJK KR" w:eastAsia="Noto Sans Mono CJK KR"/>
          <w:color w:val="16324F"/>
          <w:sz w:val="18"/>
        </w:rPr>
        <w:t>고객:</w:t>
      </w:r>
      <w:r>
        <w:br/>
      </w:r>
      <w:r>
        <w:rPr>
          <w:rFonts w:ascii="Noto Sans Mono CJK KR" w:hAnsi="Noto Sans Mono CJK KR" w:eastAsia="Noto Sans Mono CJK KR"/>
          <w:color w:val="16324F"/>
          <w:sz w:val="18"/>
        </w:rPr>
        <w:t>고객 상황:</w:t>
      </w:r>
      <w:r>
        <w:br/>
      </w:r>
      <w:r>
        <w:rPr>
          <w:rFonts w:ascii="Noto Sans Mono CJK KR" w:hAnsi="Noto Sans Mono CJK KR" w:eastAsia="Noto Sans Mono CJK KR"/>
          <w:color w:val="16324F"/>
          <w:sz w:val="18"/>
        </w:rPr>
        <w:t>실제 질문:</w:t>
      </w:r>
      <w:r>
        <w:br/>
      </w:r>
      <w:r>
        <w:rPr>
          <w:rFonts w:ascii="Noto Sans Mono CJK KR" w:hAnsi="Noto Sans Mono CJK KR" w:eastAsia="Noto Sans Mono CJK KR"/>
          <w:color w:val="16324F"/>
          <w:sz w:val="18"/>
        </w:rPr>
        <w:t>고객 여정:</w:t>
      </w:r>
      <w:r>
        <w:br/>
      </w:r>
      <w:r>
        <w:rPr>
          <w:rFonts w:ascii="Noto Sans Mono CJK KR" w:hAnsi="Noto Sans Mono CJK KR" w:eastAsia="Noto Sans Mono CJK KR"/>
          <w:color w:val="16324F"/>
          <w:sz w:val="18"/>
        </w:rPr>
        <w:t>확인된 사실과 경험:</w:t>
      </w:r>
      <w:r>
        <w:br/>
      </w:r>
      <w:r>
        <w:rPr>
          <w:rFonts w:ascii="Noto Sans Mono CJK KR" w:hAnsi="Noto Sans Mono CJK KR" w:eastAsia="Noto Sans Mono CJK KR"/>
          <w:color w:val="16324F"/>
          <w:sz w:val="18"/>
        </w:rPr>
        <w:t>보여줄 수 있는 현장·과정·자료:</w:t>
      </w:r>
      <w:r>
        <w:br/>
      </w:r>
      <w:r>
        <w:rPr>
          <w:rFonts w:ascii="Noto Sans Mono CJK KR" w:hAnsi="Noto Sans Mono CJK KR" w:eastAsia="Noto Sans Mono CJK KR"/>
          <w:color w:val="16324F"/>
          <w:sz w:val="18"/>
        </w:rPr>
        <w:t>확인 필요 또는 비공개:</w:t>
      </w:r>
      <w:r>
        <w:br/>
      </w:r>
      <w:r>
        <w:rPr>
          <w:rFonts w:ascii="Noto Sans Mono CJK KR" w:hAnsi="Noto Sans Mono CJK KR" w:eastAsia="Noto Sans Mono CJK KR"/>
          <w:color w:val="16324F"/>
          <w:sz w:val="18"/>
        </w:rPr>
        <w:t>원하는 다음 행동:</w:t>
      </w:r>
      <w:r>
        <w:br/>
      </w:r>
      <w:r>
        <w:rPr>
          <w:rFonts w:ascii="Noto Sans Mono CJK KR" w:hAnsi="Noto Sans Mono CJK KR" w:eastAsia="Noto Sans Mono CJK KR"/>
          <w:color w:val="16324F"/>
          <w:sz w:val="18"/>
        </w:rPr>
      </w:r>
      <w:r>
        <w:br/>
      </w:r>
      <w:r>
        <w:rPr>
          <w:rFonts w:ascii="Noto Sans Mono CJK KR" w:hAnsi="Noto Sans Mono CJK KR" w:eastAsia="Noto Sans Mono CJK KR"/>
          <w:color w:val="16324F"/>
          <w:sz w:val="18"/>
        </w:rPr>
        <w:t>다음을 만들어줘.</w:t>
      </w:r>
      <w:r>
        <w:br/>
      </w:r>
      <w:r>
        <w:rPr>
          <w:rFonts w:ascii="Noto Sans Mono CJK KR" w:hAnsi="Noto Sans Mono CJK KR" w:eastAsia="Noto Sans Mono CJK KR"/>
          <w:color w:val="16324F"/>
          <w:sz w:val="18"/>
        </w:rPr>
        <w:t>1. 직접 답변형·비교형·과정형 YouTube 제목 각 1개</w:t>
      </w:r>
      <w:r>
        <w:br/>
      </w:r>
      <w:r>
        <w:rPr>
          <w:rFonts w:ascii="Noto Sans Mono CJK KR" w:hAnsi="Noto Sans Mono CJK KR" w:eastAsia="Noto Sans Mono CJK KR"/>
          <w:color w:val="16324F"/>
          <w:sz w:val="18"/>
        </w:rPr>
        <w:t>2. 제목을 반복하지 않는 썸네일 문구 2개</w:t>
      </w:r>
      <w:r>
        <w:br/>
      </w:r>
      <w:r>
        <w:rPr>
          <w:rFonts w:ascii="Noto Sans Mono CJK KR" w:hAnsi="Noto Sans Mono CJK KR" w:eastAsia="Noto Sans Mono CJK KR"/>
          <w:color w:val="16324F"/>
          <w:sz w:val="18"/>
        </w:rPr>
        <w:t>3. 30~60초 영상 구성: 문제→직접 답→근거 장면→주의→다음 행동</w:t>
      </w:r>
      <w:r>
        <w:br/>
      </w:r>
      <w:r>
        <w:rPr>
          <w:rFonts w:ascii="Noto Sans Mono CJK KR" w:hAnsi="Noto Sans Mono CJK KR" w:eastAsia="Noto Sans Mono CJK KR"/>
          <w:color w:val="16324F"/>
          <w:sz w:val="18"/>
        </w:rPr>
        <w:t>4. 설명란 첫 두 문장</w:t>
      </w:r>
      <w:r>
        <w:br/>
      </w:r>
      <w:r>
        <w:rPr>
          <w:rFonts w:ascii="Noto Sans Mono CJK KR" w:hAnsi="Noto Sans Mono CJK KR" w:eastAsia="Noto Sans Mono CJK KR"/>
          <w:color w:val="16324F"/>
          <w:sz w:val="18"/>
        </w:rPr>
        <w:t>5. 자동 자막에서 사람이 확인해야 할 이름·수치·전문용어 목록</w:t>
      </w:r>
      <w:r>
        <w:br/>
      </w:r>
      <w:r>
        <w:rPr>
          <w:rFonts w:ascii="Noto Sans Mono CJK KR" w:hAnsi="Noto Sans Mono CJK KR" w:eastAsia="Noto Sans Mono CJK KR"/>
          <w:color w:val="16324F"/>
          <w:sz w:val="18"/>
        </w:rPr>
      </w:r>
      <w:r>
        <w:br/>
      </w:r>
      <w:r>
        <w:rPr>
          <w:rFonts w:ascii="Noto Sans Mono CJK KR" w:hAnsi="Noto Sans Mono CJK KR" w:eastAsia="Noto Sans Mono CJK KR"/>
          <w:color w:val="16324F"/>
          <w:sz w:val="18"/>
        </w:rPr>
        <w:t>모르는 내용은 [확인 필요]로 표시해줘.</w:t>
      </w:r>
    </w:p>
    <w:p>
      <w:pPr>
        <w:pStyle w:val="Heading2"/>
      </w:pPr>
      <w:r>
        <w:rPr>
          <w:rFonts w:ascii="Noto Sans CJK KR" w:hAnsi="Noto Sans CJK KR" w:eastAsia="Noto Sans CJK KR"/>
          <w:b w:val="0"/>
          <w:sz w:val="32"/>
        </w:rPr>
        <w:t>AI 결과 사람 검수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실제 경험과 사실만 남겼다.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없는 고객 후기·성과·수치를 지웠다.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고객 질문과 관계없는 문장을 지웠다.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과장된 제목을 실제 근거 수준으로 줄였다.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비공개 정보와 개인정보를 제거했다.</w:t>
      </w:r>
    </w:p>
    <w:p>
      <w:pPr>
        <w:pStyle w:val="ListBullet"/>
        <w:spacing w:after="50"/>
      </w:pPr>
      <w:r>
        <w:rPr>
          <w:rFonts w:ascii="Noto Sans CJK KR" w:hAnsi="Noto Sans CJK KR" w:eastAsia="Noto Sans CJK KR"/>
          <w:b w:val="0"/>
          <w:sz w:val="20"/>
        </w:rPr>
        <w:t>□ 최종 결과를 내가 읽고 수정했다.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907" w:bottom="850" w:left="907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Simple w:instr="PAGE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Noto Sans CJK KR" w:hAnsi="Noto Sans CJK KR"/>
        <w:color w:val="64748B"/>
        <w:sz w:val="16"/>
      </w:rPr>
      <w:t>YouTube 마케팅 실전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93" w:lineRule="auto"/>
    </w:pPr>
    <w:rPr>
      <w:rFonts w:ascii="Noto Sans CJK KR" w:hAnsi="Noto Sans CJK KR" w:eastAsia="Noto Sans CJK KR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16324F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184E77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168AA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100"/>
      <w:outlineLvl w:val="3"/>
    </w:pPr>
    <w:rPr>
      <w:rFonts w:asciiTheme="majorHAnsi" w:eastAsiaTheme="majorEastAsia" w:hAnsiTheme="majorHAnsi" w:cstheme="majorBidi" w:ascii="Noto Sans CJK KR" w:hAnsi="Noto Sans CJK KR" w:eastAsia="Noto Sans CJK KR"/>
      <w:b/>
      <w:bCs/>
      <w:i/>
      <w:iCs/>
      <w:color w:val="64748B"/>
      <w:sz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YouTube 마케팅 실전 워크북</dc:title>
  <dc:subject>고객 질문에서 10초 AI 영상과 한 편의 콘텐츠 초안까지</dc:subject>
  <dc:creator>강진영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