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  <w:jc w:val="center"/>
      </w:pPr>
      <w:r>
        <w:rPr>
          <w:rFonts w:ascii="Noto Sans CJK KR" w:hAnsi="Noto Sans CJK KR" w:eastAsia="Noto Sans CJK KR"/>
          <w:b/>
          <w:color w:val="F26B38"/>
          <w:sz w:val="40"/>
        </w:rPr>
        <w:t>SNS 이벤트 기획서</w:t>
      </w:r>
    </w:p>
    <w:p>
      <w:pPr>
        <w:spacing w:after="0" w:line="252" w:lineRule="auto"/>
        <w:jc w:val="center"/>
      </w:pPr>
      <w:r>
        <w:rPr>
          <w:rFonts w:ascii="Noto Sans CJK KR" w:hAnsi="Noto Sans CJK KR" w:eastAsia="Noto Sans CJK KR"/>
          <w:b/>
          <w:color w:val="263A47"/>
          <w:sz w:val="19"/>
        </w:rPr>
        <w:t>좋아요 말고, 고객에게 역할을 주세요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cantSplit/>
        </w:trPr>
        <w:tc>
          <w:tcPr>
            <w:tcW w:type="dxa" w:w="1247"/>
            <w:tcMar>
              <w:top w:w="60" w:type="dxa"/>
              <w:start w:w="90" w:type="dxa"/>
              <w:bottom w:w="60" w:type="dxa"/>
              <w:end w:w="90" w:type="dxa"/>
            </w:tcMar>
            <w:shd w:fill="F3F5F6" w:val="clea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7"/>
              </w:rPr>
              <w:t>이름</w:t>
            </w:r>
          </w:p>
        </w:tc>
        <w:tc>
          <w:tcPr>
            <w:tcW w:type="dxa" w:w="4025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6"/>
              </w:rPr>
              <w:t>________________________________</w:t>
            </w:r>
          </w:p>
        </w:tc>
        <w:tc>
          <w:tcPr>
            <w:tcW w:type="dxa" w:w="1531"/>
            <w:tcMar>
              <w:top w:w="60" w:type="dxa"/>
              <w:start w:w="90" w:type="dxa"/>
              <w:bottom w:w="60" w:type="dxa"/>
              <w:end w:w="90" w:type="dxa"/>
            </w:tcMar>
            <w:shd w:fill="F3F5F6" w:val="clea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7"/>
              </w:rPr>
              <w:t>사례기업</w:t>
            </w:r>
          </w:p>
        </w:tc>
        <w:tc>
          <w:tcPr>
            <w:tcW w:type="dxa" w:w="3742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6"/>
              </w:rPr>
              <w:t>________________________________</w:t>
            </w:r>
          </w:p>
        </w:tc>
      </w:tr>
    </w:tbl>
    <w:p>
      <w:pPr>
        <w:spacing w:before="20" w:after="0" w:line="252" w:lineRule="auto"/>
      </w:pPr>
      <w:r>
        <w:rPr>
          <w:rFonts w:ascii="Noto Sans CJK KR" w:hAnsi="Noto Sans CJK KR" w:eastAsia="Noto Sans CJK KR"/>
          <w:b/>
          <w:color w:val="F26B38"/>
          <w:sz w:val="21"/>
        </w:rPr>
        <w:t>1. 이벤트 기본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이벤트 이름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쉽고 재미있게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타깃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누구를 위한 이벤트인가?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목적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왜 이 이벤트를 하는가?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목표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고객이 어떤 행동을 하면 성공인가?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고객 혜택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고객이 얻는 재미·경험·혜택은 무엇인가?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</w:tbl>
    <w:p>
      <w:pPr>
        <w:spacing w:before="20" w:after="0" w:line="252" w:lineRule="auto"/>
      </w:pPr>
      <w:r>
        <w:rPr>
          <w:rFonts w:ascii="Noto Sans CJK KR" w:hAnsi="Noto Sans CJK KR" w:eastAsia="Noto Sans CJK KR"/>
          <w:b/>
          <w:color w:val="F26B38"/>
          <w:sz w:val="21"/>
        </w:rPr>
        <w:t>2. 이벤트 진행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이벤트 내용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고객은 무엇을 하고, 우리는 무엇을 제공하는가?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사전 콘텐츠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본 이벤트 전에 무엇을 알려줄까?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사전 이벤트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관심을 끌기 위해 먼저 해볼 작은 참여는?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본 이벤트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고객이 실제로 참여하는 중심 활동은?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사후 콘텐츠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결과·감사·후기·다음 행동을 어떻게 알릴까?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</w:tbl>
    <w:p>
      <w:pPr>
        <w:spacing w:before="20" w:after="0" w:line="252" w:lineRule="auto"/>
      </w:pPr>
      <w:r>
        <w:rPr>
          <w:rFonts w:ascii="Noto Sans CJK KR" w:hAnsi="Noto Sans CJK KR" w:eastAsia="Noto Sans CJK KR"/>
          <w:b/>
          <w:color w:val="F26B38"/>
          <w:sz w:val="21"/>
        </w:rPr>
        <w:t>3. 운영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기간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사전 / 본 이벤트 / 결과 발표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채널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인스타그램·블로그·카카오·현장 등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1871"/>
            <w:shd w:fill="F3F5F6" w:val="clear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263A47"/>
                <w:sz w:val="18"/>
              </w:rPr>
              <w:t>확인할 내용</w:t>
            </w:r>
          </w:p>
        </w:tc>
        <w:tc>
          <w:tcPr>
            <w:tcW w:type="dxa" w:w="8674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727A7F"/>
                <w:sz w:val="16"/>
              </w:rPr>
              <w:t>날짜·혜택·링크·개인정보·기업 승인 등</w:t>
            </w:r>
          </w:p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color w:val="B7BDC1"/>
                <w:sz w:val="15"/>
              </w:rPr>
              <w:t>_______________________________________________________________</w:t>
            </w:r>
          </w:p>
        </w:tc>
      </w:tr>
    </w:tbl>
    <w:p>
      <w:pPr>
        <w:spacing w:before="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cantSplit/>
        </w:trPr>
        <w:tc>
          <w:tcPr>
            <w:tcW w:type="dxa" w:w="10545"/>
            <w:shd w:fill="FFF1EA" w:val="clear"/>
            <w:tcMar>
              <w:top w:w="75" w:type="dxa"/>
              <w:start w:w="110" w:type="dxa"/>
              <w:bottom w:w="75" w:type="dxa"/>
              <w:end w:w="110" w:type="dxa"/>
            </w:tcMar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color w:val="F26B38"/>
                <w:sz w:val="17"/>
              </w:rPr>
              <w:t>한 문장 정리  나는 (타깃)에게 (혜택)을 주고, (행동)을 하게 하는 이벤트를 기획했다.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510" w:right="680" w:bottom="51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52" w:lineRule="auto"/>
      <w:jc w:val="center"/>
    </w:pPr>
    <w:r>
      <w:rPr>
        <w:rFonts w:ascii="Noto Sans CJK KR" w:hAnsi="Noto Sans CJK KR" w:eastAsia="Noto Sans CJK KR"/>
        <w:b w:val="0"/>
        <w:color w:val="727A7F"/>
        <w:sz w:val="15"/>
      </w:rPr>
      <w:t>모르는 내용은 [확인 필요]로 남겨 주세요.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52" w:lineRule="auto"/>
      <w:jc w:val="right"/>
    </w:pPr>
    <w:r>
      <w:rPr>
        <w:rFonts w:ascii="Noto Sans CJK KR" w:hAnsi="Noto Sans CJK KR" w:eastAsia="Noto Sans CJK KR"/>
        <w:b w:val="0"/>
        <w:color w:val="727A7F"/>
        <w:sz w:val="15"/>
      </w:rPr>
      <w:t>개인 실습용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포천여성새일센터 개인용 SNS 이벤트 기획서 초간편 1쪽</dc:title>
  <dc:subject>개인별 SNS 이벤트 기획 실습</dc:subject>
  <dc:creator>강진영 강의용 · 강군 제작 지원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