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  <w:jc w:val="center"/>
      </w:pPr>
      <w:r>
        <w:rPr>
          <w:rFonts w:ascii="Noto Sans CJK KR" w:hAnsi="Noto Sans CJK KR" w:eastAsia="Noto Sans CJK KR"/>
          <w:b/>
          <w:color w:val="C13584"/>
          <w:sz w:val="24"/>
        </w:rPr>
        <w:t>포천여성새일센터</w:t>
      </w:r>
    </w:p>
    <w:p>
      <w:pPr>
        <w:spacing w:before="240"/>
        <w:jc w:val="center"/>
      </w:pPr>
      <w:r>
        <w:rPr>
          <w:rFonts w:ascii="Noto Sans CJK KR" w:hAnsi="Noto Sans CJK KR" w:eastAsia="Noto Sans CJK KR"/>
          <w:b/>
          <w:color w:val="241D31"/>
          <w:sz w:val="52"/>
        </w:rPr>
        <w:t>블로그의 답을</w:t>
        <w:br/>
        <w:t>Instagram의 움직임으로</w:t>
      </w:r>
    </w:p>
    <w:p>
      <w:pPr>
        <w:spacing w:before="200"/>
        <w:jc w:val="center"/>
      </w:pPr>
      <w:r>
        <w:rPr>
          <w:rFonts w:ascii="Noto Sans CJK KR" w:hAnsi="Noto Sans CJK KR" w:eastAsia="Noto Sans CJK KR"/>
          <w:b/>
          <w:color w:val="C13584"/>
          <w:sz w:val="28"/>
        </w:rPr>
        <w:t>전문성 → 발견성 → 연결성 → Live → 지속성</w:t>
      </w:r>
    </w:p>
    <w:p>
      <w:pPr>
        <w:spacing w:before="440"/>
        <w:jc w:val="center"/>
      </w:pPr>
      <w:r>
        <w:rPr>
          <w:rFonts w:ascii="Noto Sans CJK KR" w:hAnsi="Noto Sans CJK KR" w:eastAsia="Noto Sans CJK KR"/>
          <w:b/>
          <w:color w:val="241D31"/>
          <w:sz w:val="24"/>
        </w:rPr>
        <w:t>오늘의 필수 결과물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① 숨은 기능 지도</w:t>
            </w:r>
          </w:p>
        </w:tc>
        <w:tc>
          <w:tcPr>
            <w:tcW w:type="dxa" w:w="5270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② 고객 질문 Stories 3장</w:t>
            </w:r>
          </w:p>
        </w:tc>
      </w:tr>
      <w:tr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내 계정에서 확인한 기능과 쓸 목적</w:t>
            </w:r>
          </w:p>
        </w:tc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질문→답·근거→한 행동으로 연결</w:t>
            </w:r>
          </w:p>
        </w:tc>
      </w:tr>
    </w:tbl>
    <w:p>
      <w:pPr>
        <w:spacing w:before="240"/>
      </w:pPr>
      <w:r>
        <w:rPr>
          <w:rFonts w:ascii="Noto Sans CJK KR" w:hAnsi="Noto Sans CJK KR" w:eastAsia="Noto Sans CJK KR"/>
          <w:b/>
          <w:color w:val="241D31"/>
          <w:sz w:val="22"/>
        </w:rPr>
        <w:t>완료 기준</w:t>
      </w:r>
    </w:p>
    <w:p>
      <w:pPr/>
      <w:r>
        <w:rPr>
          <w:rFonts w:ascii="Noto Sans CJK KR" w:hAnsi="Noto Sans CJK KR" w:eastAsia="Noto Sans CJK KR"/>
          <w:b w:val="0"/>
          <w:color w:val="241D31"/>
          <w:sz w:val="20"/>
        </w:rPr>
        <w:t>□ 게시 여부가 아니라 사실을 확인한 저장본이 있으면 완료</w:t>
      </w:r>
    </w:p>
    <w:p>
      <w:pPr/>
      <w:r>
        <w:rPr>
          <w:rFonts w:ascii="Noto Sans CJK KR" w:hAnsi="Noto Sans CJK KR" w:eastAsia="Noto Sans CJK KR"/>
          <w:b w:val="0"/>
          <w:color w:val="241D31"/>
          <w:sz w:val="20"/>
        </w:rPr>
        <w:t>□ 없는 기능은 억지로 찾지 않고 대체 경로를 선택</w:t>
      </w:r>
    </w:p>
    <w:p>
      <w:pPr/>
      <w:r>
        <w:rPr>
          <w:rFonts w:ascii="Noto Sans CJK KR" w:hAnsi="Noto Sans CJK KR" w:eastAsia="Noto Sans CJK KR"/>
          <w:b w:val="0"/>
          <w:color w:val="241D31"/>
          <w:sz w:val="20"/>
        </w:rPr>
        <w:t>□ AI는 표현을 다듬고, 사실·공개 범위·최종 문장은 내가 결정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이름:                         오늘 사용할 계정 또는 작업 파일: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Noto Sans CJK KR" w:hAnsi="Noto Sans CJK KR" w:eastAsia="Noto Sans CJK KR"/>
          <w:b/>
          <w:color w:val="C13584"/>
          <w:sz w:val="40"/>
        </w:rPr>
        <w:t>1. 나의 숨은 기능 지도</w:t>
      </w:r>
    </w:p>
    <w:p>
      <w:pPr>
        <w:spacing w:after="160"/>
      </w:pPr>
      <w:r>
        <w:rPr>
          <w:rFonts w:ascii="Noto Sans CJK KR" w:hAnsi="Noto Sans CJK KR" w:eastAsia="Noto Sans CJK KR"/>
          <w:b w:val="0"/>
          <w:color w:val="675F70"/>
          <w:sz w:val="18"/>
        </w:rPr>
        <w:t>기능을 많이 찾는 것이 아니라, 내 고객과 다음 행동에 필요한 기능을 고른다.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큰 흐름</w:t>
            </w:r>
          </w:p>
        </w:tc>
        <w:tc>
          <w:tcPr>
            <w:tcW w:type="dxa" w:w="2108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고객에게 필요한 힘</w:t>
            </w:r>
          </w:p>
        </w:tc>
        <w:tc>
          <w:tcPr>
            <w:tcW w:type="dxa" w:w="2108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내 계정에서 확인할 기능</w:t>
            </w:r>
          </w:p>
        </w:tc>
        <w:tc>
          <w:tcPr>
            <w:tcW w:type="dxa" w:w="2108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찾음</w:t>
            </w:r>
          </w:p>
        </w:tc>
        <w:tc>
          <w:tcPr>
            <w:tcW w:type="dxa" w:w="2108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이번에 쓸 것</w:t>
            </w:r>
          </w:p>
        </w:tc>
      </w:tr>
      <w:tr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전문성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왜 이 답을 믿을까?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프로필·원본 과정·게시물 캡션·대체 텍스트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  <w:tr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발견성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필요한 사람이 어떻게 찾을까?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검색·Account Status·해시태그 0~5개·외부 검색·Trial Reels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  <w:tr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연결성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본 뒤 무엇으로 반응할까?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Poll·Questions·Link·DM·Collab·Live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  <w:tr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Live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실시간 경험과 질문을 어떻게 연결할까?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예약·Practice·게스트·관리자·재방송·Insights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  <w:tr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지속성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무엇을 남기고 다음을 고칠까?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Archive·Highlights·재방송·Insights·예약 게시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210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</w:tbl>
    <w:p>
      <w:pPr>
        <w:spacing w:before="180"/>
      </w:pPr>
      <w:r>
        <w:rPr>
          <w:rFonts w:ascii="Noto Sans CJK KR" w:hAnsi="Noto Sans CJK KR" w:eastAsia="Noto Sans CJK KR"/>
          <w:b/>
          <w:color w:val="241D31"/>
          <w:sz w:val="22"/>
        </w:rPr>
        <w:t>기능 확인 시 지킬 말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계정·지역·언어·앱 버전에 따라 메뉴가 다를 수 있다.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추천 자격은 노출 보장이 아니다.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대체 텍스트는 접근성 설명이며 키워드 입력란이 아니다.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Carousel의 공개 캡션은 게시물 전체에 하나이며, 이미지별 제목은 이미지 위에 직접 넣는다.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Live 시작은 현재 공식 안내상 공개 계정이면서 팔로워 1,000명 이상인 계정이 대상이다.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내가 오늘 발견한 기능 3개: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그중 고객과 연결하기 위해 실제로 쓸 기능 1개와 이유: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Noto Sans CJK KR" w:hAnsi="Noto Sans CJK KR" w:eastAsia="Noto Sans CJK KR"/>
          <w:b/>
          <w:color w:val="C13584"/>
          <w:sz w:val="40"/>
        </w:rPr>
        <w:t>2. 인맥 관리와 검색 근거 점검</w:t>
      </w:r>
    </w:p>
    <w:p>
      <w:pPr>
        <w:spacing w:after="160"/>
      </w:pPr>
      <w:r>
        <w:rPr>
          <w:rFonts w:ascii="Noto Sans CJK KR" w:hAnsi="Noto Sans CJK KR" w:eastAsia="Noto Sans CJK KR"/>
          <w:b w:val="0"/>
          <w:color w:val="675F70"/>
          <w:sz w:val="18"/>
        </w:rPr>
        <w:t>많이 연결하기보다 누구를 왜 계속 볼지, 고객이 나를 어떤 말로 찾을지 정한다.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기능</w:t>
            </w:r>
          </w:p>
        </w:tc>
        <w:tc>
          <w:tcPr>
            <w:tcW w:type="dxa" w:w="3513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현재 상태</w:t>
            </w:r>
          </w:p>
        </w:tc>
        <w:tc>
          <w:tcPr>
            <w:tcW w:type="dxa" w:w="3513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이번 수업에서 할 일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팔로잉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공식 최대 7,500계정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계속 볼 이유가 있는 계정 정리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즐겨찾기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최대 50개 계정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고객·협력자·학습 계정 중 우선순위 선택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친한 친구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공식 고정 최대 인원은 단정하지 않음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공개 범위를 나눌 대상 점검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알림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계정·콘텐츠 유형별 설정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꼭 확인할 계정 1개 선택</w:t>
            </w:r>
          </w:p>
        </w:tc>
      </w:tr>
    </w:tbl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고객이 검색창에 입력할 실제 표현 1개: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프로필 이름·소개에 넣을 역할 또는 지역 표현: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직접 경험을 보여줄 장면:  □ 얼굴·목소리  □ 손  □ 제품·도구  □ 공간  □ 과정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Reels·Feed·Stories·Highlights 중 이 내용을 맡길 형식과 이유: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Noto Sans CJK KR" w:hAnsi="Noto Sans CJK KR" w:eastAsia="Noto Sans CJK KR"/>
          <w:b/>
          <w:color w:val="C13584"/>
          <w:sz w:val="40"/>
        </w:rPr>
        <w:t>3. 고객 질문 하나로 Stories 3장 만들기</w:t>
      </w:r>
    </w:p>
    <w:p>
      <w:pPr>
        <w:spacing w:after="160"/>
      </w:pPr>
      <w:r>
        <w:rPr>
          <w:rFonts w:ascii="Noto Sans CJK KR" w:hAnsi="Noto Sans CJK KR" w:eastAsia="Noto Sans CJK KR"/>
          <w:b w:val="0"/>
          <w:color w:val="675F70"/>
          <w:sz w:val="18"/>
        </w:rPr>
        <w:t>전날 블로그 워크북의 실제 질문과 직접 경험 근거를 그대로 가져온다.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고객이 실제로 한 질문 1개: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내가 직접 겪거나 확인한 근거 1~2개: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공개하면 안 되는 개인정보·회사 내부정보·확인되지 않은 수치: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장</w:t>
            </w:r>
          </w:p>
        </w:tc>
        <w:tc>
          <w:tcPr>
            <w:tcW w:type="dxa" w:w="2635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역할</w:t>
            </w:r>
          </w:p>
        </w:tc>
        <w:tc>
          <w:tcPr>
            <w:tcW w:type="dxa" w:w="2635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화면에 넣을 문장</w:t>
            </w:r>
          </w:p>
        </w:tc>
        <w:tc>
          <w:tcPr>
            <w:tcW w:type="dxa" w:w="2635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기능·행동</w:t>
            </w:r>
          </w:p>
        </w:tc>
      </w:tr>
      <w:tr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1장</w:t>
            </w:r>
          </w:p>
        </w:tc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고객 질문을 꺼내고 반응 받기</w:t>
            </w:r>
          </w:p>
        </w:tc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br/>
              <w:br/>
            </w:r>
          </w:p>
        </w:tc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Poll 또는 Questions</w:t>
            </w:r>
          </w:p>
        </w:tc>
      </w:tr>
      <w:tr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2장</w:t>
            </w:r>
          </w:p>
        </w:tc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한 문장 답과 실제 근거 보여주기</w:t>
            </w:r>
          </w:p>
        </w:tc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br/>
              <w:br/>
            </w:r>
          </w:p>
        </w:tc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경험·과정·기록 1개</w:t>
            </w:r>
          </w:p>
        </w:tc>
      </w:tr>
      <w:tr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3장</w:t>
            </w:r>
          </w:p>
        </w:tc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한 가지 다음 행동으로 연결</w:t>
            </w:r>
          </w:p>
        </w:tc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br/>
              <w:br/>
            </w:r>
          </w:p>
        </w:tc>
        <w:tc>
          <w:tcPr>
            <w:tcW w:type="dxa" w:w="263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Link / DM / 게시물 중 하나</w:t>
            </w:r>
          </w:p>
        </w:tc>
      </w:tr>
    </w:tbl>
    <w:p>
      <w:pPr>
        <w:spacing w:before="160"/>
      </w:pPr>
      <w:r>
        <w:rPr>
          <w:rFonts w:ascii="Noto Sans CJK KR" w:hAnsi="Noto Sans CJK KR" w:eastAsia="Noto Sans CJK KR"/>
          <w:b/>
          <w:color w:val="241D31"/>
          <w:sz w:val="20"/>
        </w:rPr>
        <w:t>기능이 없을 때 대체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Poll·Questions 없음 → 텍스트 질문 + emoji slider 또는 DM 키워드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Link 없음 → 프로필 게시물 보기 또는 DM 답장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Instagram 로그인 어려움 → 이 실습지나 메모에 3장 저장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저장 위치 또는 파일명: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Noto Sans CJK KR" w:hAnsi="Noto Sans CJK KR" w:eastAsia="Noto Sans CJK KR"/>
          <w:b/>
          <w:color w:val="C13584"/>
          <w:sz w:val="40"/>
        </w:rPr>
        <w:t>4. 10분 Live 운영 카드</w:t>
      </w:r>
    </w:p>
    <w:p>
      <w:pPr>
        <w:spacing w:after="160"/>
      </w:pPr>
      <w:r>
        <w:rPr>
          <w:rFonts w:ascii="Noto Sans CJK KR" w:hAnsi="Noto Sans CJK KR" w:eastAsia="Noto Sans CJK KR"/>
          <w:b w:val="0"/>
          <w:color w:val="675F70"/>
          <w:sz w:val="18"/>
        </w:rPr>
        <w:t>실제 방송 조건이 안 되면 대본과 60초 리허설 영상으로 완성한다.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Live의 목표 1개:  □ 제품·서비스 소개  □ 전문성  □ 질문 해결  □ 공동체  □ 신청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고객 질문 1개와 방송에서 보여줄 실제 장면: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단계</w:t>
            </w:r>
          </w:p>
        </w:tc>
        <w:tc>
          <w:tcPr>
            <w:tcW w:type="dxa" w:w="5270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내가 준비할 것</w:t>
            </w:r>
          </w:p>
        </w:tc>
      </w:tr>
      <w:tr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전</w:t>
            </w:r>
          </w:p>
        </w:tc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예고 문장 · 일정 · 사전 질문 · 인터넷/조명/마이크/카메라 점검</w:t>
            </w:r>
          </w:p>
        </w:tc>
      </w:tr>
      <w:tr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시작</w:t>
            </w:r>
          </w:p>
        </w:tc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인사 · 자기소개 · 오늘의 질문 · 진행 순서 · 참여 방법</w:t>
            </w:r>
          </w:p>
        </w:tc>
      </w:tr>
      <w:tr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중</w:t>
            </w:r>
          </w:p>
        </w:tc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고정 댓글 · 질문 답변 · 시연 · 게스트/관리자 역할</w:t>
            </w:r>
          </w:p>
        </w:tc>
      </w:tr>
      <w:tr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후</w:t>
            </w:r>
          </w:p>
        </w:tc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재방송 여부 · Reels/Feed/Stories/FAQ 재사용 · 확인할 지표</w:t>
            </w:r>
          </w:p>
        </w:tc>
      </w:tr>
    </w:tbl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고정 댓글 문장: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한 가지 CTA:  □ 댓글  □ DM  □ 링크  □ 신청  □ 다음 콘텐츠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후속 콘텐츠 1개와 확인할 행동 지표 1개: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Noto Sans CJK KR" w:hAnsi="Noto Sans CJK KR" w:eastAsia="Noto Sans CJK KR"/>
          <w:b/>
          <w:color w:val="C13584"/>
          <w:sz w:val="40"/>
        </w:rPr>
        <w:t>5. 공식정보 확인과 추천 주의</w:t>
      </w:r>
    </w:p>
    <w:p>
      <w:pPr>
        <w:spacing w:after="160"/>
      </w:pPr>
      <w:r>
        <w:rPr>
          <w:rFonts w:ascii="Noto Sans CJK KR" w:hAnsi="Noto Sans CJK KR" w:eastAsia="Noto Sans CJK KR"/>
          <w:b w:val="0"/>
          <w:color w:val="675F70"/>
          <w:sz w:val="18"/>
        </w:rPr>
        <w:t>마케터의 단정보다 Instagram·Meta 공식 안내와 내 계정 화면을 먼저 확인한다.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확인 경로</w:t>
            </w:r>
          </w:p>
        </w:tc>
        <w:tc>
          <w:tcPr>
            <w:tcW w:type="dxa" w:w="5270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확인할 내용</w:t>
            </w:r>
          </w:p>
        </w:tc>
      </w:tr>
      <w:tr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@instagram · about.instagram.com</w:t>
            </w:r>
          </w:p>
        </w:tc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공식 발표와 기능 변화</w:t>
            </w:r>
          </w:p>
        </w:tc>
      </w:tr>
      <w:tr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Instagram 도움말</w:t>
            </w:r>
          </w:p>
        </w:tc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기능 조건·설정·문제 해결</w:t>
            </w:r>
          </w:p>
        </w:tc>
      </w:tr>
      <w:tr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business.instagram.com · Meta 교육/사례</w:t>
            </w:r>
          </w:p>
        </w:tc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비즈니스 교육과 사례의 전체 문맥</w:t>
            </w:r>
          </w:p>
        </w:tc>
      </w:tr>
      <w:tr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Creators · Creator Marketplace</w:t>
            </w:r>
          </w:p>
        </w:tc>
        <w:tc>
          <w:tcPr>
            <w:tcW w:type="dxa" w:w="5270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크리에이터 기능·브랜디드 콘텐츠</w:t>
            </w:r>
          </w:p>
        </w:tc>
      </w:tr>
    </w:tbl>
    <w:p>
      <w:r>
        <w:rPr>
          <w:rFonts w:ascii="Noto Sans CJK KR" w:hAnsi="Noto Sans CJK KR" w:eastAsia="Noto Sans CJK KR"/>
          <w:b w:val="0"/>
          <w:color w:val="241D31"/>
          <w:sz w:val="18"/>
        </w:rPr>
        <w:t>□ 좋아요 구매·자동 댓글·무차별 팔로우를 성장법으로 사용하지 않는다.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Account Status의 추천 자격을 노출 보장이나 영구 섀도밴으로 해석하지 않는다.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허위·변조 정보와 실사형 AI 인물을 실제 후기·고객처럼 제시하지 않는다.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청소년에게 부적절한 콘텐츠와 프로필은 추천에서 제한될 수 있다.</w:t>
      </w:r>
    </w:p>
    <w:p>
      <w:r>
        <w:rPr>
          <w:rFonts w:ascii="Noto Sans CJK KR" w:hAnsi="Noto Sans CJK KR" w:eastAsia="Noto Sans CJK KR"/>
          <w:b w:val="0"/>
          <w:color w:val="241D31"/>
          <w:sz w:val="18"/>
        </w:rPr>
        <w:t>□ Edits 사용만으로 도달이 오른다고 단정하지 않는다.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오늘 공식 출처에서 직접 확인한 내용과 URL: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Noto Sans CJK KR" w:hAnsi="Noto Sans CJK KR" w:eastAsia="Noto Sans CJK KR"/>
          <w:b/>
          <w:color w:val="C13584"/>
          <w:sz w:val="40"/>
        </w:rPr>
        <w:t>6. 공개 전 사람 검수와 다음 운영 약속</w:t>
      </w:r>
    </w:p>
    <w:p>
      <w:pPr>
        <w:spacing w:after="160"/>
      </w:pPr>
      <w:r>
        <w:rPr>
          <w:rFonts w:ascii="Noto Sans CJK KR" w:hAnsi="Noto Sans CJK KR" w:eastAsia="Noto Sans CJK KR"/>
          <w:b w:val="0"/>
          <w:color w:val="675F70"/>
          <w:sz w:val="18"/>
        </w:rPr>
        <w:t>좋아요보다 고객 행동의 흔적을 보고 다음 한 가지만 고친다.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검수 항목</w:t>
            </w:r>
          </w:p>
        </w:tc>
        <w:tc>
          <w:tcPr>
            <w:tcW w:type="dxa" w:w="3513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통과</w:t>
            </w:r>
          </w:p>
        </w:tc>
        <w:tc>
          <w:tcPr>
            <w:tcW w:type="dxa" w:w="3513"/>
            <w:shd w:fill="FCE7F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 w:eastAsia="Noto Sans CJK KR"/>
                <w:b/>
                <w:color w:val="241D31"/>
                <w:sz w:val="18"/>
              </w:rPr>
              <w:t>수정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실제 고객 질문의 뜻을 바꾸지 않았다.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직접 경험하거나 확인한 근거만 사용했다.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가격·성과·후기·자격·정책을 AI가 만들지 않았다.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얼굴·DM·전화번호·고객 정보의 공개 동의를 확인했다.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한 화면에 메시지가 하나이고 휴대전화에서 읽힌다.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마지막 행동 요청이 하나다.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  <w:tr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링크 목적지가 실제로 열리고 내용과 맞는다.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  <w:tc>
          <w:tcPr>
            <w:tcW w:type="dxa" w:w="3513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Noto Sans CJK KR" w:hAnsi="Noto Sans CJK KR" w:eastAsia="Noto Sans CJK KR"/>
                <w:b w:val="0"/>
                <w:color w:val="241D31"/>
                <w:sz w:val="17"/>
              </w:rPr>
              <w:t>□</w:t>
            </w:r>
          </w:p>
        </w:tc>
      </w:tr>
    </w:tbl>
    <w:p>
      <w:pPr>
        <w:spacing w:before="160"/>
      </w:pPr>
      <w:r>
        <w:rPr>
          <w:rFonts w:ascii="Noto Sans CJK KR" w:hAnsi="Noto Sans CJK KR" w:eastAsia="Noto Sans CJK KR"/>
          <w:b/>
          <w:color w:val="241D31"/>
          <w:sz w:val="22"/>
        </w:rPr>
        <w:t>나의 7일 운영 약속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다음에 다시 사용할 고객 질문 1개: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Story 뒤 Highlight로 남길 항목 1개: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관찰할 행동 하나:  □ 저장  □ 공유  □ 프로필 방문  □ 답장·DM  □ 링크 클릭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Noto Sans CJK KR" w:hAnsi="Noto Sans CJK KR" w:eastAsia="Noto Sans CJK KR"/>
          <w:b/>
          <w:color w:val="241D31"/>
          <w:sz w:val="20"/>
        </w:rPr>
        <w:t>확인할 시점:                         다음에 고칠 것 하나:</w:t>
      </w:r>
    </w:p>
    <w:p>
      <w:pPr>
        <w:spacing w:after="60"/>
      </w:pPr>
      <w:r>
        <w:rPr>
          <w:color w:val="DDD5E4"/>
          <w:sz w:val="18"/>
        </w:rPr>
        <w:t>________________________________________________________________________________</w:t>
      </w:r>
    </w:p>
    <w:p>
      <w:pPr>
        <w:spacing w:before="200"/>
        <w:jc w:val="center"/>
      </w:pPr>
      <w:r>
        <w:rPr>
          <w:rFonts w:ascii="Noto Sans CJK KR" w:hAnsi="Noto Sans CJK KR" w:eastAsia="Noto Sans CJK KR"/>
          <w:b/>
          <w:color w:val="C13584"/>
          <w:sz w:val="24"/>
        </w:rPr>
        <w:t>전문성은 질문과 근거에서, 발견성은 고객의 말에서,</w:t>
        <w:br/>
        <w:t>연결성은 한 가지 행동에서, 지속성은 작은 수정에서 시작한다.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포천여성새일센터 Instagram 존재·경험·연결 실습지 240분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